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EDCA" w14:textId="77777777" w:rsidR="001B4769" w:rsidRDefault="00B738BF" w:rsidP="00DD244B">
      <w:pPr>
        <w:jc w:val="right"/>
        <w:rPr>
          <w:rFonts w:ascii="ＭＳ Ｐ明朝" w:eastAsia="ＭＳ Ｐ明朝" w:hAnsi="ＭＳ Ｐ明朝"/>
          <w:lang w:eastAsia="ja-JP"/>
        </w:rPr>
      </w:pPr>
      <w:r w:rsidRPr="00DD244B">
        <w:rPr>
          <w:rFonts w:ascii="ＭＳ Ｐ明朝" w:eastAsia="ＭＳ Ｐ明朝" w:hAnsi="ＭＳ Ｐ明朝"/>
          <w:lang w:eastAsia="ja-JP"/>
        </w:rPr>
        <w:t>公益財団法人とくしまコミュニティ財団</w:t>
      </w:r>
    </w:p>
    <w:p w14:paraId="57E6904F" w14:textId="492520C7" w:rsidR="006E10ED" w:rsidRDefault="006E10ED" w:rsidP="00B1277C">
      <w:pPr>
        <w:spacing w:after="0" w:line="240" w:lineRule="auto"/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※本様式は、募集要項に基づき、申請団体がプロジェクト内容・寄付募集計画・実施体制を記入するための様式です。※申請前に、必ず財団事務局へ事前相談を行ってください。</w:t>
      </w:r>
    </w:p>
    <w:p w14:paraId="5FAB9BB7" w14:textId="77777777" w:rsidR="000E6A2C" w:rsidRPr="006E10ED" w:rsidRDefault="000E6A2C" w:rsidP="000E6A2C">
      <w:pPr>
        <w:spacing w:after="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73D297B8" w14:textId="64176E6C" w:rsidR="0020188E" w:rsidRDefault="00B738BF" w:rsidP="000E6A2C">
      <w:pPr>
        <w:spacing w:after="0"/>
        <w:jc w:val="center"/>
        <w:rPr>
          <w:rFonts w:ascii="ＭＳ Ｐ明朝" w:eastAsia="ＭＳ Ｐ明朝" w:hAnsi="ＭＳ Ｐ明朝"/>
          <w:b/>
          <w:sz w:val="40"/>
          <w:lang w:eastAsia="ja-JP"/>
        </w:rPr>
      </w:pPr>
      <w:r w:rsidRPr="00DD244B">
        <w:rPr>
          <w:rFonts w:ascii="ＭＳ Ｐ明朝" w:eastAsia="ＭＳ Ｐ明朝" w:hAnsi="ＭＳ Ｐ明朝"/>
          <w:b/>
          <w:sz w:val="40"/>
          <w:lang w:eastAsia="ja-JP"/>
        </w:rPr>
        <w:t>プロジェクト指定基金助成プログラム</w:t>
      </w:r>
      <w:r w:rsidR="00E25661">
        <w:rPr>
          <w:rFonts w:ascii="ＭＳ Ｐ明朝" w:eastAsia="ＭＳ Ｐ明朝" w:hAnsi="ＭＳ Ｐ明朝" w:hint="eastAsia"/>
          <w:b/>
          <w:sz w:val="40"/>
          <w:lang w:eastAsia="ja-JP"/>
        </w:rPr>
        <w:t>助成</w:t>
      </w:r>
      <w:r w:rsidRPr="00DD244B">
        <w:rPr>
          <w:rFonts w:ascii="ＭＳ Ｐ明朝" w:eastAsia="ＭＳ Ｐ明朝" w:hAnsi="ＭＳ Ｐ明朝"/>
          <w:b/>
          <w:sz w:val="40"/>
          <w:lang w:eastAsia="ja-JP"/>
        </w:rPr>
        <w:br/>
        <w:t>申請書</w:t>
      </w:r>
    </w:p>
    <w:p w14:paraId="34F27F18" w14:textId="77777777" w:rsidR="003775F4" w:rsidRDefault="003775F4" w:rsidP="000E6A2C">
      <w:pPr>
        <w:spacing w:after="0"/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</w:p>
    <w:p w14:paraId="5BA9E928" w14:textId="5C8D5493" w:rsidR="006E10ED" w:rsidRPr="00A3298B" w:rsidRDefault="006E10ED" w:rsidP="000E6A2C">
      <w:pPr>
        <w:spacing w:after="0"/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  <w:r w:rsidRPr="00A3298B"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  <w:t>公益財団法人とくしまコミュニティ財団</w:t>
      </w:r>
      <w:r w:rsidRPr="00A3298B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 xml:space="preserve">　御中</w:t>
      </w:r>
    </w:p>
    <w:p w14:paraId="2E9C72E1" w14:textId="4149A3FC" w:rsidR="00162949" w:rsidRPr="00A3298B" w:rsidRDefault="006E10ED" w:rsidP="005E03A0">
      <w:pPr>
        <w:spacing w:after="0"/>
        <w:ind w:right="105"/>
        <w:jc w:val="right"/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  <w:r w:rsidRPr="00A3298B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>申請日：　　　　　　年　　　月　　　日</w:t>
      </w:r>
    </w:p>
    <w:p w14:paraId="030CC9CA" w14:textId="77777777" w:rsidR="005D689D" w:rsidRDefault="005D689D" w:rsidP="00B1277C">
      <w:pPr>
        <w:spacing w:after="120"/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</w:p>
    <w:p w14:paraId="002325F7" w14:textId="18A813D0" w:rsidR="001B4769" w:rsidRPr="00A3298B" w:rsidRDefault="0078101A" w:rsidP="00B1277C">
      <w:pPr>
        <w:spacing w:after="120"/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  <w:r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 xml:space="preserve">１　</w:t>
      </w:r>
      <w:r w:rsidR="00FF4C01" w:rsidRPr="00A3298B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>基本項目</w:t>
      </w:r>
    </w:p>
    <w:tbl>
      <w:tblPr>
        <w:tblStyle w:val="afe"/>
        <w:tblW w:w="0" w:type="auto"/>
        <w:tblInd w:w="2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7081"/>
      </w:tblGrid>
      <w:tr w:rsidR="00DD244B" w14:paraId="29DF9877" w14:textId="77777777" w:rsidTr="00A43742">
        <w:trPr>
          <w:trHeight w:val="200"/>
        </w:trPr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28527C8" w14:textId="0BABBCDE" w:rsidR="00DD244B" w:rsidRPr="00643A2D" w:rsidRDefault="006E10ED" w:rsidP="00A43742">
            <w:pPr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color w:val="000000" w:themeColor="text1"/>
                <w:spacing w:val="317"/>
                <w:sz w:val="21"/>
                <w:szCs w:val="21"/>
                <w:fitText w:val="1688" w:id="-396596736"/>
                <w:lang w:eastAsia="ja-JP"/>
              </w:rPr>
              <w:t>ふりが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color w:val="000000" w:themeColor="text1"/>
                <w:spacing w:val="1"/>
                <w:sz w:val="21"/>
                <w:szCs w:val="21"/>
                <w:fitText w:val="1688" w:id="-396596736"/>
                <w:lang w:eastAsia="ja-JP"/>
              </w:rPr>
              <w:t>な</w:t>
            </w:r>
          </w:p>
        </w:tc>
        <w:tc>
          <w:tcPr>
            <w:tcW w:w="737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541612" w14:textId="7A725FB2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14:paraId="3FEB0782" w14:textId="77777777" w:rsidTr="00A43742">
        <w:trPr>
          <w:trHeight w:val="430"/>
        </w:trPr>
        <w:tc>
          <w:tcPr>
            <w:tcW w:w="2552" w:type="dxa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1E8E4AD" w14:textId="61FD4F93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480"/>
              </w:rPr>
              <w:t>団</w:t>
            </w:r>
            <w:r w:rsidR="006E10ED"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480"/>
                <w:lang w:eastAsia="ja-JP"/>
              </w:rPr>
              <w:t xml:space="preserve">　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480"/>
              </w:rPr>
              <w:t>体</w:t>
            </w:r>
            <w:r w:rsidR="006E10ED"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480"/>
                <w:lang w:eastAsia="ja-JP"/>
              </w:rPr>
              <w:t xml:space="preserve">　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3"/>
                <w:sz w:val="21"/>
                <w:szCs w:val="21"/>
                <w:fitText w:val="1688" w:id="-396596480"/>
              </w:rPr>
              <w:t>名</w:t>
            </w:r>
          </w:p>
        </w:tc>
        <w:tc>
          <w:tcPr>
            <w:tcW w:w="7371" w:type="dxa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E997359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8727E0" w14:paraId="7D8FB818" w14:textId="77777777" w:rsidTr="00A43742">
        <w:trPr>
          <w:trHeight w:val="690"/>
        </w:trPr>
        <w:tc>
          <w:tcPr>
            <w:tcW w:w="2552" w:type="dxa"/>
            <w:tcBorders>
              <w:top w:val="single" w:sz="6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68BDF78" w14:textId="2BF77F9B" w:rsidR="008727E0" w:rsidRPr="00643A2D" w:rsidRDefault="008727E0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proofErr w:type="spellStart"/>
            <w:r w:rsidRPr="00A43742">
              <w:rPr>
                <w:rFonts w:ascii="ＭＳ Ｐ明朝" w:eastAsia="ＭＳ Ｐ明朝" w:hAnsi="ＭＳ Ｐ明朝" w:hint="eastAsia"/>
                <w:b/>
                <w:bCs/>
                <w:spacing w:val="15"/>
                <w:sz w:val="21"/>
                <w:szCs w:val="21"/>
                <w:fitText w:val="1688" w:id="-396596479"/>
              </w:rPr>
              <w:t>代表者役職・氏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2"/>
                <w:sz w:val="21"/>
                <w:szCs w:val="21"/>
                <w:fitText w:val="1688" w:id="-396596479"/>
              </w:rPr>
              <w:t>名</w:t>
            </w:r>
            <w:proofErr w:type="spellEnd"/>
          </w:p>
        </w:tc>
        <w:tc>
          <w:tcPr>
            <w:tcW w:w="7371" w:type="dxa"/>
            <w:tcBorders>
              <w:top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0BE2EC9" w14:textId="77777777" w:rsidR="008727E0" w:rsidRDefault="008727E0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B15869F" w14:textId="77777777" w:rsidR="008727E0" w:rsidRDefault="008727E0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F08BEE2" w14:textId="2C2710CC" w:rsidR="008727E0" w:rsidRPr="00643A2D" w:rsidRDefault="008727E0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14:paraId="6EC2C97D" w14:textId="77777777" w:rsidTr="00A43742">
        <w:trPr>
          <w:trHeight w:val="575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D966250" w14:textId="48B0B69D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224"/>
              </w:rPr>
              <w:t>所</w:t>
            </w:r>
            <w:r w:rsidR="006E10ED"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224"/>
                <w:lang w:eastAsia="ja-JP"/>
              </w:rPr>
              <w:t xml:space="preserve">　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224"/>
              </w:rPr>
              <w:t>在</w:t>
            </w:r>
            <w:r w:rsidR="006E10ED" w:rsidRPr="00A43742">
              <w:rPr>
                <w:rFonts w:ascii="ＭＳ Ｐ明朝" w:eastAsia="ＭＳ Ｐ明朝" w:hAnsi="ＭＳ Ｐ明朝" w:hint="eastAsia"/>
                <w:b/>
                <w:bCs/>
                <w:spacing w:val="193"/>
                <w:sz w:val="21"/>
                <w:szCs w:val="21"/>
                <w:fitText w:val="1688" w:id="-396596224"/>
                <w:lang w:eastAsia="ja-JP"/>
              </w:rPr>
              <w:t xml:space="preserve">　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3"/>
                <w:sz w:val="21"/>
                <w:szCs w:val="21"/>
                <w:fitText w:val="1688" w:id="-396596224"/>
              </w:rPr>
              <w:t>地</w:t>
            </w:r>
          </w:p>
        </w:tc>
        <w:tc>
          <w:tcPr>
            <w:tcW w:w="7371" w:type="dxa"/>
            <w:vAlign w:val="center"/>
          </w:tcPr>
          <w:p w14:paraId="575B7BF8" w14:textId="1AD7E6DA" w:rsidR="00DD244B" w:rsidRDefault="006E10ED" w:rsidP="00ED5E70">
            <w:pPr>
              <w:spacing w:line="240" w:lineRule="atLeast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〒</w:t>
            </w:r>
          </w:p>
          <w:p w14:paraId="5D4658A0" w14:textId="77777777" w:rsidR="006E10ED" w:rsidRPr="00643A2D" w:rsidRDefault="006E10ED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14:paraId="7315B89A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1B8B8AC" w14:textId="61BF6430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281"/>
                <w:sz w:val="21"/>
                <w:szCs w:val="21"/>
                <w:fitText w:val="1688" w:id="-396596223"/>
                <w:lang w:eastAsia="ja-JP"/>
              </w:rPr>
              <w:t>電話番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2"/>
                <w:sz w:val="21"/>
                <w:szCs w:val="21"/>
                <w:fitText w:val="1688" w:id="-396596223"/>
                <w:lang w:eastAsia="ja-JP"/>
              </w:rPr>
              <w:t>号</w:t>
            </w:r>
          </w:p>
        </w:tc>
        <w:tc>
          <w:tcPr>
            <w:tcW w:w="7371" w:type="dxa"/>
            <w:vAlign w:val="center"/>
          </w:tcPr>
          <w:p w14:paraId="6691667D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14:paraId="3B02B732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FB7E9FA" w14:textId="37962D5A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73"/>
                <w:sz w:val="21"/>
                <w:szCs w:val="21"/>
                <w:fitText w:val="1688" w:id="-396596222"/>
                <w:lang w:eastAsia="ja-JP"/>
              </w:rPr>
              <w:t>メールアドレ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4"/>
                <w:sz w:val="21"/>
                <w:szCs w:val="21"/>
                <w:fitText w:val="1688" w:id="-396596222"/>
                <w:lang w:eastAsia="ja-JP"/>
              </w:rPr>
              <w:t>ス</w:t>
            </w:r>
          </w:p>
        </w:tc>
        <w:tc>
          <w:tcPr>
            <w:tcW w:w="7371" w:type="dxa"/>
            <w:vAlign w:val="center"/>
          </w:tcPr>
          <w:p w14:paraId="2D97FE47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14:paraId="36DB9583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357DB11" w14:textId="750F6116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w w:val="88"/>
                <w:sz w:val="21"/>
                <w:szCs w:val="21"/>
                <w:fitText w:val="1688" w:id="-396596221"/>
                <w:lang w:eastAsia="ja-JP"/>
              </w:rPr>
              <w:t>ホームページ・SNS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11"/>
                <w:w w:val="88"/>
                <w:sz w:val="21"/>
                <w:szCs w:val="21"/>
                <w:fitText w:val="1688" w:id="-396596221"/>
                <w:lang w:eastAsia="ja-JP"/>
              </w:rPr>
              <w:t>等</w:t>
            </w:r>
          </w:p>
        </w:tc>
        <w:tc>
          <w:tcPr>
            <w:tcW w:w="7371" w:type="dxa"/>
            <w:vAlign w:val="center"/>
          </w:tcPr>
          <w:p w14:paraId="7C7BDD09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14:paraId="371B90AB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1038428" w14:textId="51FCCDA1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proofErr w:type="spellStart"/>
            <w:r w:rsidRPr="00A43742">
              <w:rPr>
                <w:rFonts w:ascii="ＭＳ Ｐ明朝" w:eastAsia="ＭＳ Ｐ明朝" w:hAnsi="ＭＳ Ｐ明朝" w:hint="eastAsia"/>
                <w:b/>
                <w:bCs/>
                <w:spacing w:val="15"/>
                <w:sz w:val="21"/>
                <w:szCs w:val="21"/>
                <w:fitText w:val="1688" w:id="-396596220"/>
              </w:rPr>
              <w:t>担当者氏名・役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2"/>
                <w:sz w:val="21"/>
                <w:szCs w:val="21"/>
                <w:fitText w:val="1688" w:id="-396596220"/>
              </w:rPr>
              <w:t>職</w:t>
            </w:r>
            <w:proofErr w:type="spellEnd"/>
          </w:p>
        </w:tc>
        <w:tc>
          <w:tcPr>
            <w:tcW w:w="7371" w:type="dxa"/>
            <w:vAlign w:val="center"/>
          </w:tcPr>
          <w:p w14:paraId="1EF1A389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14:paraId="2FC2B8E8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D09E388" w14:textId="1DF116D4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</w:rPr>
            </w:pPr>
            <w:proofErr w:type="spellStart"/>
            <w:r w:rsidRPr="00A43742">
              <w:rPr>
                <w:rFonts w:ascii="ＭＳ Ｐ明朝" w:eastAsia="ＭＳ Ｐ明朝" w:hAnsi="ＭＳ Ｐ明朝" w:hint="eastAsia"/>
                <w:b/>
                <w:bCs/>
                <w:spacing w:val="84"/>
                <w:sz w:val="21"/>
                <w:szCs w:val="21"/>
                <w:fitText w:val="1688" w:id="-396596219"/>
              </w:rPr>
              <w:t>担当者連絡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4"/>
                <w:sz w:val="21"/>
                <w:szCs w:val="21"/>
                <w:fitText w:val="1688" w:id="-396596219"/>
              </w:rPr>
              <w:t>先</w:t>
            </w:r>
            <w:proofErr w:type="spellEnd"/>
          </w:p>
        </w:tc>
        <w:tc>
          <w:tcPr>
            <w:tcW w:w="7371" w:type="dxa"/>
            <w:vAlign w:val="center"/>
          </w:tcPr>
          <w:p w14:paraId="2F6AD038" w14:textId="1DA98BA1" w:rsidR="00DD244B" w:rsidRPr="00643A2D" w:rsidRDefault="00DD244B" w:rsidP="00ED5E70">
            <w:pPr>
              <w:spacing w:line="240" w:lineRule="atLeast"/>
              <w:ind w:firstLineChars="100" w:firstLine="210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電話：　　　　　　　　</w:t>
            </w:r>
            <w:r w:rsid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　　　　　　　</w:t>
            </w:r>
            <w:r w:rsidRPr="00643A2D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　メール：</w:t>
            </w:r>
          </w:p>
        </w:tc>
      </w:tr>
      <w:tr w:rsidR="00DD244B" w14:paraId="722400EE" w14:textId="77777777" w:rsidTr="00A43742">
        <w:trPr>
          <w:trHeight w:val="355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C3C5779" w14:textId="3F321A06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78"/>
                <w:sz w:val="21"/>
                <w:szCs w:val="21"/>
                <w:fitText w:val="1688" w:id="-396595968"/>
                <w:lang w:eastAsia="ja-JP"/>
              </w:rPr>
              <w:t>プロジェクト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2"/>
                <w:sz w:val="21"/>
                <w:szCs w:val="21"/>
                <w:fitText w:val="1688" w:id="-396595968"/>
                <w:lang w:eastAsia="ja-JP"/>
              </w:rPr>
              <w:t>名</w:t>
            </w:r>
          </w:p>
        </w:tc>
        <w:tc>
          <w:tcPr>
            <w:tcW w:w="7371" w:type="dxa"/>
            <w:vAlign w:val="center"/>
          </w:tcPr>
          <w:p w14:paraId="11F4A9D5" w14:textId="77777777" w:rsidR="00DD244B" w:rsidRPr="00643A2D" w:rsidRDefault="00DD244B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14:paraId="24C80ED8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A449F46" w14:textId="7269FACB" w:rsidR="00DD244B" w:rsidRPr="00643A2D" w:rsidRDefault="00DD244B" w:rsidP="00A43742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A43742">
              <w:rPr>
                <w:rFonts w:ascii="ＭＳ Ｐ明朝" w:eastAsia="ＭＳ Ｐ明朝" w:hAnsi="ＭＳ Ｐ明朝" w:hint="eastAsia"/>
                <w:b/>
                <w:bCs/>
                <w:spacing w:val="35"/>
                <w:sz w:val="21"/>
                <w:szCs w:val="21"/>
                <w:fitText w:val="1688" w:id="-396595967"/>
                <w:lang w:eastAsia="ja-JP"/>
              </w:rPr>
              <w:t>寄付募集目標</w:t>
            </w:r>
            <w:r w:rsidRPr="00A43742">
              <w:rPr>
                <w:rFonts w:ascii="ＭＳ Ｐ明朝" w:eastAsia="ＭＳ Ｐ明朝" w:hAnsi="ＭＳ Ｐ明朝" w:hint="eastAsia"/>
                <w:b/>
                <w:bCs/>
                <w:spacing w:val="3"/>
                <w:sz w:val="21"/>
                <w:szCs w:val="21"/>
                <w:fitText w:val="1688" w:id="-396595967"/>
                <w:lang w:eastAsia="ja-JP"/>
              </w:rPr>
              <w:t>額</w:t>
            </w:r>
          </w:p>
        </w:tc>
        <w:tc>
          <w:tcPr>
            <w:tcW w:w="7371" w:type="dxa"/>
            <w:vAlign w:val="center"/>
          </w:tcPr>
          <w:p w14:paraId="659F2129" w14:textId="311B3A09" w:rsidR="00DD244B" w:rsidRPr="00643A2D" w:rsidRDefault="00643A2D" w:rsidP="00643A2D">
            <w:pPr>
              <w:spacing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　　　　　　　　　　　　　　　　　</w:t>
            </w:r>
            <w:r w:rsidR="00DD244B"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円</w:t>
            </w:r>
          </w:p>
        </w:tc>
      </w:tr>
      <w:tr w:rsidR="00DD244B" w14:paraId="33EBE128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789B80E" w14:textId="0732DFC4" w:rsidR="00DD244B" w:rsidRPr="00643A2D" w:rsidRDefault="00DD244B" w:rsidP="00ED5E70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ED5E70">
              <w:rPr>
                <w:rFonts w:ascii="ＭＳ Ｐ明朝" w:eastAsia="ＭＳ Ｐ明朝" w:hAnsi="ＭＳ Ｐ明朝" w:hint="eastAsia"/>
                <w:b/>
                <w:bCs/>
                <w:spacing w:val="84"/>
                <w:sz w:val="21"/>
                <w:szCs w:val="21"/>
                <w:fitText w:val="1688" w:id="-396595712"/>
                <w:lang w:eastAsia="ja-JP"/>
              </w:rPr>
              <w:t>最低実施金</w:t>
            </w:r>
            <w:r w:rsidRPr="00ED5E70">
              <w:rPr>
                <w:rFonts w:ascii="ＭＳ Ｐ明朝" w:eastAsia="ＭＳ Ｐ明朝" w:hAnsi="ＭＳ Ｐ明朝" w:hint="eastAsia"/>
                <w:b/>
                <w:bCs/>
                <w:spacing w:val="4"/>
                <w:sz w:val="21"/>
                <w:szCs w:val="21"/>
                <w:fitText w:val="1688" w:id="-396595712"/>
                <w:lang w:eastAsia="ja-JP"/>
              </w:rPr>
              <w:t>額</w:t>
            </w:r>
          </w:p>
        </w:tc>
        <w:tc>
          <w:tcPr>
            <w:tcW w:w="7371" w:type="dxa"/>
            <w:vAlign w:val="center"/>
          </w:tcPr>
          <w:p w14:paraId="3966B2F3" w14:textId="76D9248C" w:rsidR="00DD244B" w:rsidRPr="00643A2D" w:rsidRDefault="00DD244B" w:rsidP="00ED5E70">
            <w:pPr>
              <w:spacing w:line="240" w:lineRule="atLeast"/>
              <w:ind w:firstLineChars="100" w:firstLine="210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□</w:t>
            </w:r>
            <w:r w:rsidRPr="00643A2D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 設定しない</w:t>
            </w:r>
            <w:r w:rsid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</w:t>
            </w:r>
            <w:r w:rsidRPr="00643A2D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　　□ 設定する（　　　　　　　　　円）</w:t>
            </w:r>
          </w:p>
        </w:tc>
      </w:tr>
      <w:tr w:rsidR="00DD244B" w14:paraId="1CA91168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91B9C2E" w14:textId="1F13BAF9" w:rsidR="00DD244B" w:rsidRPr="00643A2D" w:rsidRDefault="00DD244B" w:rsidP="00ED5E70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希望する寄付募集期間</w:t>
            </w:r>
          </w:p>
        </w:tc>
        <w:tc>
          <w:tcPr>
            <w:tcW w:w="7371" w:type="dxa"/>
            <w:vAlign w:val="center"/>
          </w:tcPr>
          <w:p w14:paraId="13436C93" w14:textId="5E123189" w:rsidR="00DD244B" w:rsidRPr="00643A2D" w:rsidRDefault="00DD244B" w:rsidP="00ED5E70">
            <w:pPr>
              <w:spacing w:line="240" w:lineRule="atLeast"/>
              <w:ind w:firstLineChars="300" w:firstLine="630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年　　月　　日　～　</w:t>
            </w:r>
            <w:r w:rsidR="006E10E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　</w:t>
            </w: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</w:t>
            </w:r>
            <w:r w:rsidR="00ED5E70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 </w:t>
            </w: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</w:tr>
      <w:tr w:rsidR="00DD244B" w14:paraId="7D53BDC5" w14:textId="77777777" w:rsidTr="00A43742">
        <w:trPr>
          <w:trHeight w:hRule="exact" w:val="39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D0D79A2" w14:textId="6DC06373" w:rsidR="00DD244B" w:rsidRPr="00643A2D" w:rsidRDefault="00DD244B" w:rsidP="00ED5E70">
            <w:pPr>
              <w:spacing w:line="240" w:lineRule="atLeast"/>
              <w:jc w:val="center"/>
              <w:rPr>
                <w:rFonts w:ascii="ＭＳ Ｐ明朝" w:eastAsia="ＭＳ Ｐ明朝" w:hAnsi="ＭＳ Ｐ明朝"/>
                <w:b/>
                <w:bCs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プロジェクト実施予定期間</w:t>
            </w:r>
          </w:p>
        </w:tc>
        <w:tc>
          <w:tcPr>
            <w:tcW w:w="7371" w:type="dxa"/>
            <w:vAlign w:val="center"/>
          </w:tcPr>
          <w:p w14:paraId="28FFEDD5" w14:textId="7B03356D" w:rsidR="00DD244B" w:rsidRPr="00643A2D" w:rsidRDefault="00DD244B" w:rsidP="00ED5E70">
            <w:pPr>
              <w:spacing w:line="240" w:lineRule="atLeast"/>
              <w:ind w:firstLineChars="300" w:firstLine="630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年　　月　　日　～　</w:t>
            </w:r>
            <w:r w:rsidR="006E10E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　</w:t>
            </w: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</w:t>
            </w:r>
            <w:r w:rsidR="00ED5E70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 </w:t>
            </w:r>
            <w:r w:rsidRPr="00643A2D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年　　月　　日</w:t>
            </w:r>
          </w:p>
        </w:tc>
      </w:tr>
    </w:tbl>
    <w:p w14:paraId="07BDF05A" w14:textId="4A6C00B3" w:rsidR="00162949" w:rsidRDefault="00B738BF" w:rsidP="006E10ED">
      <w:pPr>
        <w:ind w:firstLineChars="100" w:firstLine="210"/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※寄付募集目標額・募集期間は、採択後に財団との協議により変更となる場合があります。</w:t>
      </w:r>
    </w:p>
    <w:tbl>
      <w:tblPr>
        <w:tblpPr w:leftFromText="142" w:rightFromText="142" w:vertAnchor="text" w:horzAnchor="margin" w:tblpX="250" w:tblpY="594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513"/>
        <w:gridCol w:w="7118"/>
      </w:tblGrid>
      <w:tr w:rsidR="004165A3" w:rsidRPr="00DD244B" w14:paraId="17D7B729" w14:textId="77777777" w:rsidTr="00105B6C">
        <w:trPr>
          <w:trHeight w:hRule="exact" w:val="602"/>
        </w:trPr>
        <w:tc>
          <w:tcPr>
            <w:tcW w:w="2513" w:type="dxa"/>
            <w:shd w:val="clear" w:color="auto" w:fill="EDEDED"/>
            <w:vAlign w:val="center"/>
          </w:tcPr>
          <w:p w14:paraId="76DFF626" w14:textId="585B7C31" w:rsidR="004165A3" w:rsidRPr="00C74524" w:rsidRDefault="004165A3" w:rsidP="00ED5E7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proofErr w:type="spellStart"/>
            <w:r w:rsidRPr="00ED5E70">
              <w:rPr>
                <w:rFonts w:ascii="ＭＳ Ｐ明朝" w:eastAsia="ＭＳ Ｐ明朝" w:hAnsi="ＭＳ Ｐ明朝"/>
                <w:b/>
                <w:spacing w:val="281"/>
                <w:sz w:val="21"/>
                <w:szCs w:val="21"/>
                <w:fitText w:val="1688" w:id="-396595456"/>
              </w:rPr>
              <w:t>団体種</w:t>
            </w:r>
            <w:r w:rsidRPr="00ED5E70">
              <w:rPr>
                <w:rFonts w:ascii="ＭＳ Ｐ明朝" w:eastAsia="ＭＳ Ｐ明朝" w:hAnsi="ＭＳ Ｐ明朝"/>
                <w:b/>
                <w:spacing w:val="2"/>
                <w:sz w:val="21"/>
                <w:szCs w:val="21"/>
                <w:fitText w:val="1688" w:id="-396595456"/>
              </w:rPr>
              <w:t>別</w:t>
            </w:r>
            <w:proofErr w:type="spellEnd"/>
          </w:p>
        </w:tc>
        <w:tc>
          <w:tcPr>
            <w:tcW w:w="7118" w:type="dxa"/>
            <w:vAlign w:val="center"/>
          </w:tcPr>
          <w:p w14:paraId="08F30E10" w14:textId="77777777" w:rsidR="004165A3" w:rsidRDefault="004165A3" w:rsidP="00ED5E70">
            <w:pPr>
              <w:spacing w:after="0" w:line="240" w:lineRule="exact"/>
              <w:ind w:firstLineChars="50" w:firstLine="105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□ NPO法人　□ 一般社団法人　□ 一般財団法人　□ 社会福祉法人　</w:t>
            </w:r>
          </w:p>
          <w:p w14:paraId="6F6F31D5" w14:textId="060EB2B8" w:rsidR="004165A3" w:rsidRPr="00DD244B" w:rsidRDefault="004165A3" w:rsidP="00ED5E70">
            <w:pPr>
              <w:spacing w:after="0" w:line="240" w:lineRule="exact"/>
              <w:ind w:firstLineChars="50" w:firstLine="105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□ 任意団体　</w:t>
            </w:r>
            <w:r w:rsidR="00A3298B"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□</w:t>
            </w:r>
            <w:r w:rsidR="00A3298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 </w:t>
            </w:r>
            <w:r w:rsidR="00A3298B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株式会社　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□ その他（　　　　　　）</w:t>
            </w:r>
          </w:p>
        </w:tc>
      </w:tr>
      <w:tr w:rsidR="004165A3" w:rsidRPr="00DD244B" w14:paraId="35BD4AA9" w14:textId="77777777" w:rsidTr="00105B6C">
        <w:trPr>
          <w:trHeight w:hRule="exact" w:val="397"/>
        </w:trPr>
        <w:tc>
          <w:tcPr>
            <w:tcW w:w="2513" w:type="dxa"/>
            <w:shd w:val="clear" w:color="auto" w:fill="EDEDED"/>
            <w:vAlign w:val="center"/>
          </w:tcPr>
          <w:p w14:paraId="499A6042" w14:textId="6F45354F" w:rsidR="004165A3" w:rsidRPr="00DD244B" w:rsidRDefault="004165A3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ED5E70">
              <w:rPr>
                <w:rFonts w:ascii="ＭＳ Ｐ明朝" w:eastAsia="ＭＳ Ｐ明朝" w:hAnsi="ＭＳ Ｐ明朝"/>
                <w:b/>
                <w:spacing w:val="281"/>
                <w:sz w:val="21"/>
                <w:szCs w:val="21"/>
                <w:fitText w:val="1688" w:id="-396595200"/>
              </w:rPr>
              <w:t>設立年</w:t>
            </w:r>
            <w:r w:rsidRPr="00ED5E70">
              <w:rPr>
                <w:rFonts w:ascii="ＭＳ Ｐ明朝" w:eastAsia="ＭＳ Ｐ明朝" w:hAnsi="ＭＳ Ｐ明朝"/>
                <w:b/>
                <w:spacing w:val="2"/>
                <w:sz w:val="21"/>
                <w:szCs w:val="21"/>
                <w:fitText w:val="1688" w:id="-396595200"/>
              </w:rPr>
              <w:t>月</w:t>
            </w:r>
            <w:proofErr w:type="spellEnd"/>
          </w:p>
        </w:tc>
        <w:tc>
          <w:tcPr>
            <w:tcW w:w="7118" w:type="dxa"/>
            <w:vAlign w:val="center"/>
          </w:tcPr>
          <w:p w14:paraId="426B9EF1" w14:textId="77777777" w:rsidR="004165A3" w:rsidRPr="00DD244B" w:rsidRDefault="004165A3" w:rsidP="00ED5E70">
            <w:pPr>
              <w:spacing w:after="0"/>
              <w:ind w:firstLineChars="450" w:firstLine="945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</w:rPr>
              <w:t>年　　　月</w:t>
            </w:r>
          </w:p>
        </w:tc>
      </w:tr>
      <w:tr w:rsidR="004165A3" w:rsidRPr="00DD244B" w14:paraId="44BBDBDD" w14:textId="77777777" w:rsidTr="00105B6C">
        <w:trPr>
          <w:trHeight w:hRule="exact" w:val="397"/>
        </w:trPr>
        <w:tc>
          <w:tcPr>
            <w:tcW w:w="2513" w:type="dxa"/>
            <w:shd w:val="clear" w:color="auto" w:fill="EDEDED"/>
            <w:vAlign w:val="center"/>
          </w:tcPr>
          <w:p w14:paraId="39E5F755" w14:textId="743FC8FC" w:rsidR="004165A3" w:rsidRPr="00DD244B" w:rsidRDefault="004165A3" w:rsidP="00ED5E7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88"/>
                <w:sz w:val="21"/>
                <w:szCs w:val="21"/>
                <w:fitText w:val="1688" w:id="-396580096"/>
              </w:rPr>
              <w:t>主な活動地</w:t>
            </w:r>
            <w:r w:rsidRPr="00F22C28">
              <w:rPr>
                <w:rFonts w:ascii="ＭＳ Ｐ明朝" w:eastAsia="ＭＳ Ｐ明朝" w:hAnsi="ＭＳ Ｐ明朝"/>
                <w:b/>
                <w:spacing w:val="4"/>
                <w:sz w:val="21"/>
                <w:szCs w:val="21"/>
                <w:fitText w:val="1688" w:id="-396580096"/>
              </w:rPr>
              <w:t>域</w:t>
            </w:r>
            <w:proofErr w:type="spellEnd"/>
          </w:p>
        </w:tc>
        <w:tc>
          <w:tcPr>
            <w:tcW w:w="7118" w:type="dxa"/>
            <w:vAlign w:val="center"/>
          </w:tcPr>
          <w:p w14:paraId="464E4BB9" w14:textId="77777777" w:rsidR="004165A3" w:rsidRPr="00DD244B" w:rsidRDefault="004165A3" w:rsidP="00367508">
            <w:pPr>
              <w:spacing w:before="240" w:after="0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4165A3" w:rsidRPr="00DD244B" w14:paraId="49E2C066" w14:textId="77777777" w:rsidTr="00105B6C">
        <w:trPr>
          <w:trHeight w:hRule="exact" w:val="397"/>
        </w:trPr>
        <w:tc>
          <w:tcPr>
            <w:tcW w:w="2513" w:type="dxa"/>
            <w:shd w:val="clear" w:color="auto" w:fill="EDEDED"/>
            <w:vAlign w:val="center"/>
          </w:tcPr>
          <w:p w14:paraId="75EE7716" w14:textId="2817C5C8" w:rsidR="004165A3" w:rsidRPr="00DD244B" w:rsidRDefault="004165A3" w:rsidP="00ED5E7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39"/>
                <w:sz w:val="21"/>
                <w:szCs w:val="21"/>
                <w:fitText w:val="1688" w:id="-396580095"/>
              </w:rPr>
              <w:t>会員・スタッフ</w:t>
            </w:r>
            <w:r w:rsidRPr="00F22C28">
              <w:rPr>
                <w:rFonts w:ascii="ＭＳ Ｐ明朝" w:eastAsia="ＭＳ Ｐ明朝" w:hAnsi="ＭＳ Ｐ明朝"/>
                <w:b/>
                <w:spacing w:val="5"/>
                <w:sz w:val="21"/>
                <w:szCs w:val="21"/>
                <w:fitText w:val="1688" w:id="-396580095"/>
              </w:rPr>
              <w:t>数</w:t>
            </w:r>
            <w:proofErr w:type="spellEnd"/>
          </w:p>
        </w:tc>
        <w:tc>
          <w:tcPr>
            <w:tcW w:w="7118" w:type="dxa"/>
            <w:vAlign w:val="center"/>
          </w:tcPr>
          <w:p w14:paraId="585B83F9" w14:textId="77777777" w:rsidR="004165A3" w:rsidRPr="00DD244B" w:rsidRDefault="004165A3" w:rsidP="00ED5E70">
            <w:pPr>
              <w:spacing w:after="0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会員：　　　名　　役員：　　　名　　常勤職員：　　　名　　ボランティア：　　　名</w:t>
            </w:r>
          </w:p>
        </w:tc>
      </w:tr>
      <w:tr w:rsidR="004165A3" w:rsidRPr="00DD244B" w14:paraId="4E2F9951" w14:textId="77777777" w:rsidTr="00105B6C">
        <w:trPr>
          <w:trHeight w:val="626"/>
        </w:trPr>
        <w:tc>
          <w:tcPr>
            <w:tcW w:w="2513" w:type="dxa"/>
            <w:shd w:val="clear" w:color="auto" w:fill="EDEDED"/>
            <w:vAlign w:val="center"/>
          </w:tcPr>
          <w:p w14:paraId="1AFBD3D6" w14:textId="39F96C40" w:rsidR="004165A3" w:rsidRPr="00DD244B" w:rsidRDefault="004165A3" w:rsidP="00ED5E7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37"/>
                <w:sz w:val="21"/>
                <w:szCs w:val="21"/>
                <w:fitText w:val="1688" w:id="-396579840"/>
              </w:rPr>
              <w:t>会計管理の方</w:t>
            </w:r>
            <w:r w:rsidRPr="00F22C28">
              <w:rPr>
                <w:rFonts w:ascii="ＭＳ Ｐ明朝" w:eastAsia="ＭＳ Ｐ明朝" w:hAnsi="ＭＳ Ｐ明朝"/>
                <w:b/>
                <w:spacing w:val="1"/>
                <w:sz w:val="21"/>
                <w:szCs w:val="21"/>
                <w:fitText w:val="1688" w:id="-396579840"/>
              </w:rPr>
              <w:t>法</w:t>
            </w:r>
            <w:proofErr w:type="spellEnd"/>
          </w:p>
        </w:tc>
        <w:tc>
          <w:tcPr>
            <w:tcW w:w="7118" w:type="dxa"/>
            <w:vAlign w:val="center"/>
          </w:tcPr>
          <w:p w14:paraId="49FA76DC" w14:textId="77777777" w:rsidR="004165A3" w:rsidRDefault="004165A3" w:rsidP="00ED5E70">
            <w:pPr>
              <w:spacing w:after="0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□ 団体名義の口座あり　□ 会計担当者あり　□ 決算・収支管理を実施</w:t>
            </w:r>
          </w:p>
          <w:p w14:paraId="28AE9FA7" w14:textId="19BCC99F" w:rsidR="004165A3" w:rsidRPr="00DD244B" w:rsidRDefault="004165A3" w:rsidP="00ED5E70">
            <w:pPr>
              <w:spacing w:after="0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□ その他（</w:t>
            </w:r>
            <w:r w:rsidR="00ED5E70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.             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　　　　　）</w:t>
            </w:r>
          </w:p>
        </w:tc>
      </w:tr>
      <w:tr w:rsidR="004165A3" w:rsidRPr="00DD244B" w14:paraId="7BCFAFA5" w14:textId="77777777" w:rsidTr="00105B6C">
        <w:trPr>
          <w:trHeight w:val="145"/>
        </w:trPr>
        <w:tc>
          <w:tcPr>
            <w:tcW w:w="2513" w:type="dxa"/>
            <w:shd w:val="clear" w:color="auto" w:fill="EDEDED"/>
            <w:vAlign w:val="center"/>
          </w:tcPr>
          <w:p w14:paraId="1319957D" w14:textId="31364624" w:rsidR="004165A3" w:rsidRPr="00DD244B" w:rsidRDefault="004165A3" w:rsidP="00ED5E7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37"/>
                <w:sz w:val="21"/>
                <w:szCs w:val="21"/>
                <w:fitText w:val="1688" w:id="-396579839"/>
              </w:rPr>
              <w:t>情報公開の状</w:t>
            </w:r>
            <w:r w:rsidRPr="00F22C28">
              <w:rPr>
                <w:rFonts w:ascii="ＭＳ Ｐ明朝" w:eastAsia="ＭＳ Ｐ明朝" w:hAnsi="ＭＳ Ｐ明朝"/>
                <w:b/>
                <w:spacing w:val="1"/>
                <w:sz w:val="21"/>
                <w:szCs w:val="21"/>
                <w:fitText w:val="1688" w:id="-396579839"/>
              </w:rPr>
              <w:t>況</w:t>
            </w:r>
            <w:proofErr w:type="spellEnd"/>
          </w:p>
        </w:tc>
        <w:tc>
          <w:tcPr>
            <w:tcW w:w="7118" w:type="dxa"/>
            <w:vAlign w:val="center"/>
          </w:tcPr>
          <w:p w14:paraId="5788A6D0" w14:textId="698D815A" w:rsidR="004165A3" w:rsidRDefault="004165A3" w:rsidP="00ED5E70">
            <w:pPr>
              <w:spacing w:after="0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□ ホームページで公開　□ </w:t>
            </w:r>
            <w:r w:rsidR="00AD7A1F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CANPANで公開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　□ </w:t>
            </w:r>
            <w:r w:rsidR="00AD7A1F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書面での提出</w:t>
            </w:r>
          </w:p>
          <w:p w14:paraId="30746190" w14:textId="097D1ED4" w:rsidR="004165A3" w:rsidRPr="00DD244B" w:rsidRDefault="00AD7A1F" w:rsidP="00ED5E70">
            <w:pPr>
              <w:spacing w:after="0"/>
              <w:ind w:firstLineChars="50" w:firstLine="105"/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情報開示ページのURL：</w:t>
            </w:r>
          </w:p>
        </w:tc>
      </w:tr>
    </w:tbl>
    <w:p w14:paraId="60EDB61D" w14:textId="19AA5A97" w:rsidR="001B4769" w:rsidRDefault="0078101A" w:rsidP="00B1277C">
      <w:pPr>
        <w:spacing w:after="120"/>
        <w:rPr>
          <w:rFonts w:ascii="ＭＳ Ｐ明朝" w:eastAsia="ＭＳ Ｐ明朝" w:hAnsi="ＭＳ Ｐ明朝"/>
          <w:sz w:val="21"/>
          <w:szCs w:val="21"/>
          <w:lang w:eastAsia="ja-JP"/>
        </w:rPr>
      </w:pPr>
      <w:r>
        <w:rPr>
          <w:rFonts w:ascii="ＭＳ Ｐ明朝" w:eastAsia="ＭＳ Ｐ明朝" w:hAnsi="ＭＳ Ｐ明朝" w:hint="eastAsia"/>
          <w:sz w:val="21"/>
          <w:szCs w:val="21"/>
          <w:lang w:eastAsia="ja-JP"/>
        </w:rPr>
        <w:t xml:space="preserve">２　</w:t>
      </w:r>
      <w:proofErr w:type="spellStart"/>
      <w:r w:rsidR="00B738BF" w:rsidRPr="00DD244B">
        <w:rPr>
          <w:rFonts w:ascii="ＭＳ Ｐ明朝" w:eastAsia="ＭＳ Ｐ明朝" w:hAnsi="ＭＳ Ｐ明朝"/>
          <w:sz w:val="21"/>
          <w:szCs w:val="21"/>
        </w:rPr>
        <w:t>団体概要</w:t>
      </w:r>
      <w:proofErr w:type="spellEnd"/>
    </w:p>
    <w:p w14:paraId="4F1B00EE" w14:textId="77777777" w:rsidR="008239E2" w:rsidRDefault="008239E2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  <w:sectPr w:rsidR="008239E2" w:rsidSect="00BC45CC">
          <w:pgSz w:w="11901" w:h="16817"/>
          <w:pgMar w:top="1021" w:right="1021" w:bottom="907" w:left="1021" w:header="720" w:footer="720" w:gutter="0"/>
          <w:cols w:space="720"/>
          <w:docGrid w:linePitch="360"/>
        </w:sectPr>
      </w:pPr>
    </w:p>
    <w:tbl>
      <w:tblPr>
        <w:tblStyle w:val="afe"/>
        <w:tblpPr w:leftFromText="142" w:rightFromText="142" w:vertAnchor="text" w:horzAnchor="margin" w:tblpY="6563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4"/>
        <w:gridCol w:w="5953"/>
      </w:tblGrid>
      <w:tr w:rsidR="004165A3" w14:paraId="02604F9F" w14:textId="77777777" w:rsidTr="00F22C28">
        <w:tc>
          <w:tcPr>
            <w:tcW w:w="534" w:type="dxa"/>
            <w:shd w:val="clear" w:color="auto" w:fill="808080" w:themeFill="background1" w:themeFillShade="80"/>
            <w:vAlign w:val="center"/>
          </w:tcPr>
          <w:p w14:paraId="35539077" w14:textId="77777777" w:rsidR="004165A3" w:rsidRPr="008727E0" w:rsidRDefault="004165A3" w:rsidP="004165A3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lastRenderedPageBreak/>
              <w:t>２</w:t>
            </w:r>
          </w:p>
        </w:tc>
        <w:tc>
          <w:tcPr>
            <w:tcW w:w="5953" w:type="dxa"/>
            <w:vAlign w:val="center"/>
          </w:tcPr>
          <w:p w14:paraId="61D9FA33" w14:textId="16D6009B" w:rsidR="004165A3" w:rsidRPr="008727E0" w:rsidRDefault="004165A3" w:rsidP="004165A3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目指す状態</w:t>
            </w: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1の課題がどのようになったら良いか</w:t>
            </w:r>
          </w:p>
        </w:tc>
      </w:tr>
      <w:tr w:rsidR="004165A3" w14:paraId="1D35CC0D" w14:textId="77777777" w:rsidTr="00F22C28">
        <w:trPr>
          <w:trHeight w:val="2765"/>
        </w:trPr>
        <w:tc>
          <w:tcPr>
            <w:tcW w:w="6487" w:type="dxa"/>
            <w:gridSpan w:val="2"/>
          </w:tcPr>
          <w:p w14:paraId="43DB391D" w14:textId="6C1DEB9B" w:rsidR="004165A3" w:rsidRPr="008727E0" w:rsidRDefault="004165A3" w:rsidP="004165A3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4C2AE9C6" w14:textId="6D576C48" w:rsidR="004165A3" w:rsidRPr="008727E0" w:rsidRDefault="004165A3" w:rsidP="004165A3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2557326A" w14:textId="5AD7BF1B" w:rsidR="004165A3" w:rsidRPr="008727E0" w:rsidRDefault="004165A3" w:rsidP="004165A3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tbl>
      <w:tblPr>
        <w:tblStyle w:val="afe"/>
        <w:tblpPr w:leftFromText="142" w:rightFromText="142" w:vertAnchor="text" w:horzAnchor="margin" w:tblpY="1079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4"/>
        <w:gridCol w:w="5953"/>
      </w:tblGrid>
      <w:tr w:rsidR="00E03D7F" w14:paraId="5F9378FF" w14:textId="77777777" w:rsidTr="00F22C28">
        <w:tc>
          <w:tcPr>
            <w:tcW w:w="534" w:type="dxa"/>
            <w:shd w:val="clear" w:color="auto" w:fill="808080" w:themeFill="background1" w:themeFillShade="80"/>
            <w:vAlign w:val="center"/>
          </w:tcPr>
          <w:p w14:paraId="1A8146E2" w14:textId="77777777" w:rsidR="00E03D7F" w:rsidRPr="0078101A" w:rsidRDefault="00E03D7F" w:rsidP="00E03D7F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t>１</w:t>
            </w:r>
          </w:p>
        </w:tc>
        <w:tc>
          <w:tcPr>
            <w:tcW w:w="5953" w:type="dxa"/>
            <w:vAlign w:val="center"/>
          </w:tcPr>
          <w:p w14:paraId="6C89050B" w14:textId="0AFFC885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取り組む課題</w:t>
            </w: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問題意識や取り組んだきっかけなど</w:t>
            </w:r>
          </w:p>
        </w:tc>
      </w:tr>
      <w:tr w:rsidR="00E03D7F" w14:paraId="66EEA564" w14:textId="77777777" w:rsidTr="00F22C28">
        <w:trPr>
          <w:trHeight w:val="4128"/>
        </w:trPr>
        <w:tc>
          <w:tcPr>
            <w:tcW w:w="6487" w:type="dxa"/>
            <w:gridSpan w:val="2"/>
          </w:tcPr>
          <w:p w14:paraId="3795AE2C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0447982B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49A5565A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tbl>
      <w:tblPr>
        <w:tblStyle w:val="afe"/>
        <w:tblpPr w:leftFromText="142" w:rightFromText="142" w:vertAnchor="text" w:horzAnchor="margin" w:tblpXSpec="right" w:tblpY="1059"/>
        <w:tblW w:w="0" w:type="auto"/>
        <w:tblLook w:val="04A0" w:firstRow="1" w:lastRow="0" w:firstColumn="1" w:lastColumn="0" w:noHBand="0" w:noVBand="1"/>
      </w:tblPr>
      <w:tblGrid>
        <w:gridCol w:w="562"/>
        <w:gridCol w:w="6384"/>
      </w:tblGrid>
      <w:tr w:rsidR="00E03D7F" w14:paraId="269DEFEB" w14:textId="77777777" w:rsidTr="00F22C28">
        <w:tc>
          <w:tcPr>
            <w:tcW w:w="562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6A0EA705" w14:textId="77777777" w:rsidR="00E03D7F" w:rsidRPr="008727E0" w:rsidRDefault="00E03D7F" w:rsidP="00E03D7F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t>３</w:t>
            </w:r>
          </w:p>
        </w:tc>
        <w:tc>
          <w:tcPr>
            <w:tcW w:w="63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F2A58CF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  <w:lang w:eastAsia="ja-JP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実施事業</w:t>
            </w: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左の１から２にするために実施している事業</w:t>
            </w:r>
          </w:p>
        </w:tc>
      </w:tr>
      <w:tr w:rsidR="00E03D7F" w14:paraId="3A57CD55" w14:textId="77777777" w:rsidTr="00F22C28">
        <w:trPr>
          <w:trHeight w:val="8230"/>
        </w:trPr>
        <w:tc>
          <w:tcPr>
            <w:tcW w:w="6946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1409C15F" w14:textId="77777777" w:rsidR="00E03D7F" w:rsidRPr="008727E0" w:rsidRDefault="00E03D7F" w:rsidP="00E03D7F">
            <w:pPr>
              <w:spacing w:beforeLines="50" w:before="170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8727E0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私たちは１を２の状態にするために</w:t>
            </w:r>
            <w:r w:rsidRPr="008727E0">
              <w:rPr>
                <w:rFonts w:ascii="ＭＳ Ｐ明朝" w:eastAsia="ＭＳ Ｐ明朝" w:hAnsi="ＭＳ Ｐ明朝" w:hint="eastAsia"/>
                <w:b/>
                <w:sz w:val="21"/>
                <w:szCs w:val="21"/>
                <w:u w:val="single"/>
                <w:lang w:eastAsia="ja-JP"/>
              </w:rPr>
              <w:t xml:space="preserve">　　　</w:t>
            </w:r>
            <w:r w:rsidRPr="008727E0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つの事業をしています。</w:t>
            </w:r>
          </w:p>
          <w:p w14:paraId="554C196D" w14:textId="77777777" w:rsidR="00E03D7F" w:rsidRPr="008727E0" w:rsidRDefault="00E03D7F" w:rsidP="00E03D7F">
            <w:pPr>
              <w:spacing w:beforeLines="50" w:before="170"/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事業名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6378421D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目　的　：</w:t>
            </w:r>
          </w:p>
          <w:p w14:paraId="178D325F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対象者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1ED22634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事業内容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：</w:t>
            </w:r>
          </w:p>
          <w:p w14:paraId="7F105B80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</w:p>
          <w:p w14:paraId="319329B3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事業名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75B37697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目　的　：</w:t>
            </w:r>
          </w:p>
          <w:p w14:paraId="00D97266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対象者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310669FA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事業内容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：</w:t>
            </w:r>
          </w:p>
          <w:p w14:paraId="5E1C7B21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  <w:lang w:eastAsia="ja-JP"/>
              </w:rPr>
            </w:pPr>
          </w:p>
          <w:p w14:paraId="05AC8822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事業名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46EF21C5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目　的　：</w:t>
            </w:r>
          </w:p>
          <w:p w14:paraId="5EEF5CDA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対象者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 xml:space="preserve">　：</w:t>
            </w:r>
          </w:p>
          <w:p w14:paraId="1FCA12AE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  <w:proofErr w:type="spellStart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事業内容</w:t>
            </w:r>
            <w:proofErr w:type="spellEnd"/>
            <w:r w:rsidRPr="008727E0">
              <w:rPr>
                <w:rFonts w:ascii="ＭＳ Ｐ明朝" w:eastAsia="ＭＳ Ｐ明朝" w:hAnsi="ＭＳ Ｐ明朝" w:hint="eastAsia"/>
                <w:bCs/>
                <w:sz w:val="21"/>
                <w:szCs w:val="21"/>
              </w:rPr>
              <w:t>：</w:t>
            </w:r>
          </w:p>
          <w:p w14:paraId="263B5DE0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</w:rPr>
            </w:pPr>
          </w:p>
          <w:p w14:paraId="4E8D2AD9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18B1A3D2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71E672B9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30CC0F54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1F74E78E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62E3E47D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5BC16833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25C74FBC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6A4AA5A7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4CC1E703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45C834C8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2C9DBC91" w14:textId="77777777" w:rsidR="00E03D7F" w:rsidRPr="008727E0" w:rsidRDefault="00E03D7F" w:rsidP="00E03D7F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p w14:paraId="2CE76062" w14:textId="14AC1091" w:rsidR="004165A3" w:rsidRPr="004165A3" w:rsidRDefault="00524393" w:rsidP="004165A3">
      <w:pPr>
        <w:rPr>
          <w:rFonts w:ascii="ＭＳ ゴシック" w:eastAsia="ＭＳ ゴシック" w:hAnsi="ＭＳ ゴシック"/>
          <w:sz w:val="18"/>
          <w:lang w:eastAsia="ja-JP"/>
        </w:rPr>
        <w:sectPr w:rsidR="004165A3" w:rsidRPr="004165A3" w:rsidSect="00FC6276">
          <w:headerReference w:type="first" r:id="rId8"/>
          <w:footerReference w:type="first" r:id="rId9"/>
          <w:pgSz w:w="16838" w:h="11906" w:orient="landscape" w:code="9"/>
          <w:pgMar w:top="1077" w:right="1418" w:bottom="1077" w:left="1418" w:header="567" w:footer="340" w:gutter="0"/>
          <w:cols w:space="425"/>
          <w:titlePg/>
          <w:docGrid w:type="linesAndChars" w:linePitch="341"/>
        </w:sectPr>
      </w:pPr>
      <w:r>
        <w:rPr>
          <w:rFonts w:ascii="ＭＳ ゴシック" w:eastAsia="ＭＳ ゴシック" w:hAnsi="ＭＳ 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9B1F32" wp14:editId="0482B3DE">
                <wp:simplePos x="0" y="0"/>
                <wp:positionH relativeFrom="column">
                  <wp:posOffset>-19897</wp:posOffset>
                </wp:positionH>
                <wp:positionV relativeFrom="paragraph">
                  <wp:posOffset>7197</wp:posOffset>
                </wp:positionV>
                <wp:extent cx="5661329" cy="304800"/>
                <wp:effectExtent l="0" t="0" r="3175" b="0"/>
                <wp:wrapNone/>
                <wp:docPr id="194481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329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2F8E8" w14:textId="38D87CD0" w:rsidR="00132506" w:rsidRPr="008727E0" w:rsidRDefault="0078101A" w:rsidP="00132506">
                            <w:pPr>
                              <w:spacing w:line="160" w:lineRule="exact"/>
                              <w:textAlignment w:val="center"/>
                              <w:rPr>
                                <w:rFonts w:ascii="ＭＳ Ｐ明朝" w:eastAsia="ＭＳ Ｐ明朝" w:hAnsi="ＭＳ Ｐ明朝"/>
                                <w:bCs/>
                                <w:color w:val="EE0000"/>
                                <w:sz w:val="21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bCs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 xml:space="preserve">3 　</w:t>
                            </w:r>
                            <w:r w:rsidR="00A3298B" w:rsidRPr="008727E0">
                              <w:rPr>
                                <w:rFonts w:ascii="ＭＳ Ｐ明朝" w:eastAsia="ＭＳ Ｐ明朝" w:hAnsi="ＭＳ Ｐ明朝" w:hint="eastAsia"/>
                                <w:bCs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これまでの活動実績について</w:t>
                            </w:r>
                            <w:r w:rsidR="00132506" w:rsidRPr="008727E0">
                              <w:rPr>
                                <w:rFonts w:ascii="ＭＳ Ｐ明朝" w:eastAsia="ＭＳ Ｐ明朝" w:hAnsi="ＭＳ Ｐ明朝"/>
                                <w:bCs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、</w:t>
                            </w:r>
                            <w:r w:rsidR="00132506" w:rsidRPr="008727E0">
                              <w:rPr>
                                <w:rFonts w:ascii="ＭＳ Ｐ明朝" w:eastAsia="ＭＳ Ｐ明朝" w:hAnsi="ＭＳ Ｐ明朝"/>
                                <w:bCs/>
                                <w:sz w:val="21"/>
                                <w:szCs w:val="21"/>
                                <w:u w:val="single"/>
                                <w:lang w:eastAsia="ja-JP"/>
                              </w:rPr>
                              <w:t>１・２・３の順で</w:t>
                            </w:r>
                            <w:r w:rsidR="00132506" w:rsidRPr="008727E0">
                              <w:rPr>
                                <w:rFonts w:ascii="ＭＳ Ｐ明朝" w:eastAsia="ＭＳ Ｐ明朝" w:hAnsi="ＭＳ Ｐ明朝"/>
                                <w:bCs/>
                                <w:sz w:val="21"/>
                                <w:szCs w:val="21"/>
                                <w:lang w:eastAsia="ja-JP"/>
                              </w:rPr>
                              <w:t>枠内をご記入ください</w:t>
                            </w:r>
                          </w:p>
                          <w:p w14:paraId="7DD44709" w14:textId="77777777" w:rsidR="00132506" w:rsidRDefault="00132506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B1F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1.55pt;margin-top:.55pt;width:445.7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" fillcolor="white [3201]" stroked="f" strokeweight=".5pt">
                <v:textbox>
                  <w:txbxContent>
                    <w:p w14:paraId="3D22F8E8" w14:textId="38D87CD0" w:rsidR="00132506" w:rsidRPr="008727E0" w:rsidRDefault="0078101A" w:rsidP="00132506">
                      <w:pPr>
                        <w:spacing w:line="160" w:lineRule="exact"/>
                        <w:textAlignment w:val="center"/>
                        <w:rPr>
                          <w:rFonts w:ascii="ＭＳ Ｐ明朝" w:eastAsia="ＭＳ Ｐ明朝" w:hAnsi="ＭＳ Ｐ明朝"/>
                          <w:bCs/>
                          <w:color w:val="EE0000"/>
                          <w:sz w:val="21"/>
                          <w:szCs w:val="21"/>
                          <w:lang w:eastAsia="ja-JP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bCs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 xml:space="preserve">3 　</w:t>
                      </w:r>
                      <w:r w:rsidR="00A3298B" w:rsidRPr="008727E0">
                        <w:rPr>
                          <w:rFonts w:ascii="ＭＳ Ｐ明朝" w:eastAsia="ＭＳ Ｐ明朝" w:hAnsi="ＭＳ Ｐ明朝" w:hint="eastAsia"/>
                          <w:bCs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これまでの活動実績について</w:t>
                      </w:r>
                      <w:r w:rsidR="00132506" w:rsidRPr="008727E0">
                        <w:rPr>
                          <w:rFonts w:ascii="ＭＳ Ｐ明朝" w:eastAsia="ＭＳ Ｐ明朝" w:hAnsi="ＭＳ Ｐ明朝"/>
                          <w:bCs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、</w:t>
                      </w:r>
                      <w:r w:rsidR="00132506" w:rsidRPr="008727E0">
                        <w:rPr>
                          <w:rFonts w:ascii="ＭＳ Ｐ明朝" w:eastAsia="ＭＳ Ｐ明朝" w:hAnsi="ＭＳ Ｐ明朝"/>
                          <w:bCs/>
                          <w:sz w:val="21"/>
                          <w:szCs w:val="21"/>
                          <w:u w:val="single"/>
                          <w:lang w:eastAsia="ja-JP"/>
                        </w:rPr>
                        <w:t>１・２・３の順で</w:t>
                      </w:r>
                      <w:r w:rsidR="00132506" w:rsidRPr="008727E0">
                        <w:rPr>
                          <w:rFonts w:ascii="ＭＳ Ｐ明朝" w:eastAsia="ＭＳ Ｐ明朝" w:hAnsi="ＭＳ Ｐ明朝"/>
                          <w:bCs/>
                          <w:sz w:val="21"/>
                          <w:szCs w:val="21"/>
                          <w:lang w:eastAsia="ja-JP"/>
                        </w:rPr>
                        <w:t>枠内をご記入ください</w:t>
                      </w:r>
                    </w:p>
                    <w:p w14:paraId="7DD44709" w14:textId="77777777" w:rsidR="00132506" w:rsidRDefault="00132506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27E0">
        <w:rPr>
          <w:rFonts w:ascii="ＭＳ ゴシック" w:eastAsia="ＭＳ ゴシック" w:hAnsi="ＭＳ 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E0889" wp14:editId="2D6D08F5">
                <wp:simplePos x="0" y="0"/>
                <wp:positionH relativeFrom="column">
                  <wp:posOffset>2239010</wp:posOffset>
                </wp:positionH>
                <wp:positionV relativeFrom="paragraph">
                  <wp:posOffset>3903980</wp:posOffset>
                </wp:positionV>
                <wp:extent cx="2226678" cy="0"/>
                <wp:effectExtent l="0" t="139700" r="0" b="177800"/>
                <wp:wrapNone/>
                <wp:docPr id="1255948808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6678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F04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" o:spid="_x0000_s1026" type="#_x0000_t32" style="position:absolute;margin-left:176.3pt;margin-top:307.4pt;width:175.3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" strokecolor="#7f7f7f [1612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367508">
        <w:rPr>
          <w:rFonts w:ascii="ＭＳ ゴシック" w:eastAsia="ＭＳ ゴシック" w:hAnsi="ＭＳ 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FCC025" wp14:editId="01BE509B">
                <wp:simplePos x="0" y="0"/>
                <wp:positionH relativeFrom="column">
                  <wp:posOffset>1739900</wp:posOffset>
                </wp:positionH>
                <wp:positionV relativeFrom="paragraph">
                  <wp:posOffset>3676650</wp:posOffset>
                </wp:positionV>
                <wp:extent cx="332105" cy="450850"/>
                <wp:effectExtent l="50800" t="25400" r="10795" b="95250"/>
                <wp:wrapNone/>
                <wp:docPr id="2049533241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105" cy="45085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1001">
                          <a:schemeClr val="l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F44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margin-left:137pt;margin-top:289.5pt;width:26.15pt;height:3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" adj="13645" fillcolor="#7f7f7f [1612]" strokecolor="#7f7f7f [1612]">
                <v:shadow on="t" color="black" opacity="22937f" origin=",.5" offset="0,.63889mm"/>
              </v:shape>
            </w:pict>
          </mc:Fallback>
        </mc:AlternateContent>
      </w:r>
    </w:p>
    <w:tbl>
      <w:tblPr>
        <w:tblStyle w:val="afe"/>
        <w:tblpPr w:leftFromText="142" w:rightFromText="142" w:vertAnchor="text" w:horzAnchor="margin" w:tblpXSpec="right" w:tblpY="1159"/>
        <w:tblW w:w="7054" w:type="dxa"/>
        <w:tblLook w:val="04A0" w:firstRow="1" w:lastRow="0" w:firstColumn="1" w:lastColumn="0" w:noHBand="0" w:noVBand="1"/>
      </w:tblPr>
      <w:tblGrid>
        <w:gridCol w:w="534"/>
        <w:gridCol w:w="6520"/>
      </w:tblGrid>
      <w:tr w:rsidR="00010942" w:rsidRPr="0078101A" w14:paraId="76235AC1" w14:textId="77777777" w:rsidTr="006E25BC">
        <w:tc>
          <w:tcPr>
            <w:tcW w:w="5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636342F7" w14:textId="77777777" w:rsidR="00010942" w:rsidRPr="0078101A" w:rsidRDefault="00010942" w:rsidP="00010942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lastRenderedPageBreak/>
              <w:t>３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20CF517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実施内容</w:t>
            </w:r>
            <w:r w:rsidRPr="0078101A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左の１から２にするために実施する内容</w:t>
            </w:r>
          </w:p>
        </w:tc>
      </w:tr>
      <w:tr w:rsidR="00010942" w:rsidRPr="0078101A" w14:paraId="01C05C3C" w14:textId="77777777" w:rsidTr="006E25BC">
        <w:trPr>
          <w:trHeight w:val="5738"/>
        </w:trPr>
        <w:tc>
          <w:tcPr>
            <w:tcW w:w="7054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55D916E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</w:rPr>
              <w:t>■</w:t>
            </w:r>
            <w:proofErr w:type="spellStart"/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</w:rPr>
              <w:t>事業実施期間</w:t>
            </w:r>
            <w:proofErr w:type="spellEnd"/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</w:rPr>
              <w:t>：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>年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>月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日　〜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>年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>月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  <w:u w:val="single"/>
              </w:rPr>
              <w:t xml:space="preserve">　　</w:t>
            </w:r>
            <w:r w:rsidRPr="0078101A">
              <w:rPr>
                <w:rFonts w:ascii="ＭＳ Ｐ明朝" w:eastAsia="ＭＳ Ｐ明朝" w:hAnsi="ＭＳ Ｐ明朝" w:hint="eastAsia"/>
                <w:sz w:val="21"/>
                <w:szCs w:val="21"/>
              </w:rPr>
              <w:t>日</w:t>
            </w:r>
          </w:p>
          <w:p w14:paraId="31A0F16B" w14:textId="589BDF8F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color w:val="000000" w:themeColor="text1"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■事業の対象者</w:t>
            </w:r>
            <w:r w:rsidR="009C7613" w:rsidRPr="0078101A">
              <w:rPr>
                <w:rFonts w:ascii="ＭＳ Ｐ明朝" w:eastAsia="ＭＳ Ｐ明朝" w:hAnsi="ＭＳ Ｐ明朝" w:hint="eastAsia"/>
                <w:b/>
                <w:color w:val="000000" w:themeColor="text1"/>
                <w:sz w:val="21"/>
                <w:szCs w:val="21"/>
                <w:lang w:eastAsia="ja-JP"/>
              </w:rPr>
              <w:t>・対象地域</w:t>
            </w:r>
          </w:p>
          <w:p w14:paraId="54742232" w14:textId="5748BE69" w:rsidR="00010942" w:rsidRPr="006E25BC" w:rsidRDefault="00010942" w:rsidP="009C7613">
            <w:pPr>
              <w:ind w:firstLineChars="300" w:firstLine="630"/>
              <w:textAlignment w:val="center"/>
              <w:rPr>
                <w:rFonts w:ascii="ＭＳ Ｐ明朝" w:eastAsia="ＭＳ Ｐ明朝" w:hAnsi="ＭＳ Ｐ明朝"/>
                <w:bCs/>
                <w:color w:val="000000" w:themeColor="text1"/>
                <w:sz w:val="21"/>
                <w:szCs w:val="21"/>
                <w:lang w:eastAsia="ja-JP"/>
              </w:rPr>
            </w:pPr>
            <w:r w:rsidRPr="006E25BC">
              <w:rPr>
                <w:rFonts w:ascii="ＭＳ Ｐ明朝" w:eastAsia="ＭＳ Ｐ明朝" w:hAnsi="ＭＳ Ｐ明朝" w:hint="eastAsia"/>
                <w:bCs/>
                <w:color w:val="000000" w:themeColor="text1"/>
                <w:sz w:val="21"/>
                <w:szCs w:val="21"/>
                <w:lang w:eastAsia="ja-JP"/>
              </w:rPr>
              <w:t>誰　：</w:t>
            </w:r>
          </w:p>
          <w:p w14:paraId="2B75E0F4" w14:textId="2C20978F" w:rsidR="009C7613" w:rsidRPr="006E25BC" w:rsidRDefault="009C7613" w:rsidP="009C7613">
            <w:pPr>
              <w:ind w:firstLineChars="200" w:firstLine="420"/>
              <w:textAlignment w:val="center"/>
              <w:rPr>
                <w:rFonts w:ascii="ＭＳ Ｐ明朝" w:eastAsia="ＭＳ Ｐ明朝" w:hAnsi="ＭＳ Ｐ明朝"/>
                <w:bCs/>
                <w:color w:val="000000" w:themeColor="text1"/>
                <w:sz w:val="21"/>
                <w:szCs w:val="21"/>
                <w:lang w:eastAsia="ja-JP"/>
              </w:rPr>
            </w:pPr>
            <w:r w:rsidRPr="006E25BC">
              <w:rPr>
                <w:rFonts w:ascii="ＭＳ Ｐ明朝" w:eastAsia="ＭＳ Ｐ明朝" w:hAnsi="ＭＳ Ｐ明朝" w:hint="eastAsia"/>
                <w:bCs/>
                <w:color w:val="000000" w:themeColor="text1"/>
                <w:sz w:val="21"/>
                <w:szCs w:val="21"/>
                <w:lang w:eastAsia="ja-JP"/>
              </w:rPr>
              <w:t>地　域：</w:t>
            </w:r>
          </w:p>
          <w:p w14:paraId="0650C291" w14:textId="77777777" w:rsidR="00010942" w:rsidRPr="006E25BC" w:rsidRDefault="00010942" w:rsidP="00010942">
            <w:pPr>
              <w:ind w:firstLineChars="200" w:firstLine="420"/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  <w:lang w:eastAsia="ja-JP"/>
              </w:rPr>
            </w:pPr>
            <w:r w:rsidRPr="006E25BC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>規　模：</w:t>
            </w:r>
          </w:p>
          <w:p w14:paraId="6344E574" w14:textId="77777777" w:rsidR="00010942" w:rsidRPr="0078101A" w:rsidRDefault="00010942" w:rsidP="00010942">
            <w:pPr>
              <w:spacing w:beforeLines="50" w:before="170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■実施内容を一言でいうと？</w:t>
            </w:r>
          </w:p>
          <w:p w14:paraId="6523767E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1C85BA6F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514DF510" w14:textId="77777777" w:rsidR="00010942" w:rsidRPr="0078101A" w:rsidRDefault="00010942" w:rsidP="00010942">
            <w:pPr>
              <w:spacing w:beforeLines="50" w:before="170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具体的な実施内容は？</w:t>
            </w:r>
          </w:p>
          <w:p w14:paraId="36BF3E41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・</w:t>
            </w:r>
          </w:p>
          <w:p w14:paraId="61C41C7A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</w:rPr>
              <w:t>・</w:t>
            </w:r>
          </w:p>
          <w:p w14:paraId="3B855E7F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</w:p>
          <w:p w14:paraId="0686F061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p w14:paraId="1781F2EE" w14:textId="00D897D3" w:rsidR="00E03D7F" w:rsidRPr="0078101A" w:rsidRDefault="0078101A" w:rsidP="00E03D7F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78101A">
        <w:rPr>
          <w:rFonts w:ascii="ＭＳ Ｐ明朝" w:eastAsia="ＭＳ Ｐ明朝" w:hAnsi="ＭＳ Ｐ明朝" w:hint="eastAsia"/>
          <w:sz w:val="21"/>
          <w:szCs w:val="21"/>
          <w:lang w:eastAsia="ja-JP"/>
        </w:rPr>
        <w:t xml:space="preserve">４　</w:t>
      </w:r>
      <w:r w:rsidR="00E03D7F" w:rsidRPr="0078101A">
        <w:rPr>
          <w:rFonts w:ascii="ＭＳ Ｐ明朝" w:eastAsia="ＭＳ Ｐ明朝" w:hAnsi="ＭＳ Ｐ明朝" w:hint="eastAsia"/>
          <w:sz w:val="21"/>
          <w:szCs w:val="21"/>
          <w:lang w:eastAsia="ja-JP"/>
        </w:rPr>
        <w:t>申請事業</w:t>
      </w:r>
      <w:r w:rsidR="00E03D7F" w:rsidRPr="0078101A">
        <w:rPr>
          <w:rFonts w:ascii="ＭＳ Ｐ明朝" w:eastAsia="ＭＳ Ｐ明朝" w:hAnsi="ＭＳ Ｐ明朝"/>
          <w:sz w:val="21"/>
          <w:szCs w:val="21"/>
          <w:lang w:eastAsia="ja-JP"/>
        </w:rPr>
        <w:t>概要</w:t>
      </w:r>
    </w:p>
    <w:tbl>
      <w:tblPr>
        <w:tblStyle w:val="afe"/>
        <w:tblpPr w:leftFromText="142" w:rightFromText="142" w:vertAnchor="text" w:horzAnchor="margin" w:tblpY="547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4"/>
        <w:gridCol w:w="5953"/>
      </w:tblGrid>
      <w:tr w:rsidR="00010942" w:rsidRPr="0078101A" w14:paraId="4A660530" w14:textId="77777777" w:rsidTr="00F22C28">
        <w:tc>
          <w:tcPr>
            <w:tcW w:w="534" w:type="dxa"/>
            <w:shd w:val="clear" w:color="auto" w:fill="808080" w:themeFill="background1" w:themeFillShade="80"/>
            <w:vAlign w:val="center"/>
          </w:tcPr>
          <w:p w14:paraId="42F54FD7" w14:textId="77777777" w:rsidR="00010942" w:rsidRPr="0078101A" w:rsidRDefault="00010942" w:rsidP="00010942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t>１</w:t>
            </w:r>
          </w:p>
        </w:tc>
        <w:tc>
          <w:tcPr>
            <w:tcW w:w="5953" w:type="dxa"/>
            <w:vAlign w:val="center"/>
          </w:tcPr>
          <w:p w14:paraId="5804C77E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>取り組む課題</w:t>
            </w:r>
            <w:r w:rsidRPr="0078101A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問題意識や取り組んだきっかけなど</w:t>
            </w:r>
          </w:p>
        </w:tc>
      </w:tr>
      <w:tr w:rsidR="00010942" w:rsidRPr="0078101A" w14:paraId="4678E3DD" w14:textId="77777777" w:rsidTr="00F22C28">
        <w:trPr>
          <w:trHeight w:val="2753"/>
        </w:trPr>
        <w:tc>
          <w:tcPr>
            <w:tcW w:w="6487" w:type="dxa"/>
            <w:gridSpan w:val="2"/>
            <w:tcBorders>
              <w:bottom w:val="single" w:sz="6" w:space="0" w:color="808080" w:themeColor="background1" w:themeShade="80"/>
            </w:tcBorders>
          </w:tcPr>
          <w:p w14:paraId="46E1E92A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63BACB38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101310D1" w14:textId="6FC5DD4D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tbl>
      <w:tblPr>
        <w:tblStyle w:val="afe"/>
        <w:tblpPr w:leftFromText="142" w:rightFromText="142" w:vertAnchor="text" w:horzAnchor="margin" w:tblpY="4527"/>
        <w:tblW w:w="0" w:type="auto"/>
        <w:tblLook w:val="04A0" w:firstRow="1" w:lastRow="0" w:firstColumn="1" w:lastColumn="0" w:noHBand="0" w:noVBand="1"/>
      </w:tblPr>
      <w:tblGrid>
        <w:gridCol w:w="534"/>
        <w:gridCol w:w="5953"/>
      </w:tblGrid>
      <w:tr w:rsidR="00010942" w:rsidRPr="0078101A" w14:paraId="10DB7100" w14:textId="77777777" w:rsidTr="00F22C28">
        <w:tc>
          <w:tcPr>
            <w:tcW w:w="5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676CD764" w14:textId="77777777" w:rsidR="00010942" w:rsidRPr="0078101A" w:rsidRDefault="00010942" w:rsidP="00010942">
            <w:pPr>
              <w:jc w:val="center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color w:val="FFFFFF" w:themeColor="background1"/>
                <w:sz w:val="21"/>
                <w:szCs w:val="21"/>
              </w:rPr>
              <w:t>２</w:t>
            </w:r>
          </w:p>
        </w:tc>
        <w:tc>
          <w:tcPr>
            <w:tcW w:w="5953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590034C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bCs/>
                <w:sz w:val="21"/>
                <w:szCs w:val="21"/>
                <w:lang w:eastAsia="ja-JP"/>
              </w:rPr>
              <w:t xml:space="preserve">今回の事業で目指す状態　</w:t>
            </w:r>
            <w:r w:rsidRPr="0078101A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>1の課題がどのようになったら良いか</w:t>
            </w:r>
          </w:p>
        </w:tc>
      </w:tr>
      <w:tr w:rsidR="00010942" w:rsidRPr="0078101A" w14:paraId="0F9F0D2D" w14:textId="77777777" w:rsidTr="00F22C28">
        <w:trPr>
          <w:trHeight w:val="1751"/>
        </w:trPr>
        <w:tc>
          <w:tcPr>
            <w:tcW w:w="6487" w:type="dxa"/>
            <w:gridSpan w:val="2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4D8AC02D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5EFB5A82" w14:textId="64DE0261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  <w:p w14:paraId="6BCC1719" w14:textId="77777777" w:rsidR="00010942" w:rsidRPr="0078101A" w:rsidRDefault="00010942" w:rsidP="00010942">
            <w:pPr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tbl>
      <w:tblPr>
        <w:tblStyle w:val="afe"/>
        <w:tblpPr w:leftFromText="142" w:rightFromText="142" w:vertAnchor="text" w:horzAnchor="margin" w:tblpY="7647"/>
        <w:tblW w:w="1400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000"/>
      </w:tblGrid>
      <w:tr w:rsidR="00010942" w:rsidRPr="0078101A" w14:paraId="32C4904E" w14:textId="77777777" w:rsidTr="00F22C28">
        <w:tc>
          <w:tcPr>
            <w:tcW w:w="14000" w:type="dxa"/>
            <w:vAlign w:val="center"/>
          </w:tcPr>
          <w:p w14:paraId="6EEDC5A7" w14:textId="77777777" w:rsidR="00010942" w:rsidRPr="0078101A" w:rsidRDefault="00010942" w:rsidP="00010942">
            <w:pPr>
              <w:ind w:firstLineChars="100" w:firstLine="211"/>
              <w:textAlignment w:val="center"/>
              <w:rPr>
                <w:rFonts w:ascii="ＭＳ Ｐ明朝" w:eastAsia="ＭＳ Ｐ明朝" w:hAnsi="ＭＳ Ｐ明朝"/>
                <w:bCs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>事 業 名</w:t>
            </w:r>
            <w:r w:rsidRPr="0078101A">
              <w:rPr>
                <w:rFonts w:ascii="ＭＳ Ｐ明朝" w:eastAsia="ＭＳ Ｐ明朝" w:hAnsi="ＭＳ Ｐ明朝" w:hint="eastAsia"/>
                <w:bCs/>
                <w:sz w:val="21"/>
                <w:szCs w:val="21"/>
                <w:lang w:eastAsia="ja-JP"/>
              </w:rPr>
              <w:t xml:space="preserve">　　　上記の内容を表す事業名になっていますか？</w:t>
            </w:r>
          </w:p>
        </w:tc>
      </w:tr>
      <w:tr w:rsidR="00010942" w:rsidRPr="0078101A" w14:paraId="7EE8A701" w14:textId="77777777" w:rsidTr="00F22C28">
        <w:trPr>
          <w:trHeight w:val="579"/>
        </w:trPr>
        <w:tc>
          <w:tcPr>
            <w:tcW w:w="14000" w:type="dxa"/>
            <w:vAlign w:val="center"/>
          </w:tcPr>
          <w:p w14:paraId="39E0C4BF" w14:textId="77777777" w:rsidR="00010942" w:rsidRPr="0078101A" w:rsidRDefault="00010942" w:rsidP="00010942">
            <w:pPr>
              <w:spacing w:line="360" w:lineRule="auto"/>
              <w:textAlignment w:val="center"/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</w:pPr>
          </w:p>
        </w:tc>
      </w:tr>
    </w:tbl>
    <w:p w14:paraId="5608DFB2" w14:textId="76723E63" w:rsidR="00A31B8C" w:rsidRPr="0078101A" w:rsidRDefault="008727E0" w:rsidP="00E03D7F">
      <w:pPr>
        <w:spacing w:line="160" w:lineRule="exact"/>
        <w:textAlignment w:val="center"/>
        <w:rPr>
          <w:rFonts w:ascii="ＭＳ Ｐ明朝" w:eastAsia="ＭＳ Ｐ明朝" w:hAnsi="ＭＳ Ｐ明朝"/>
          <w:b/>
          <w:sz w:val="21"/>
          <w:szCs w:val="21"/>
          <w:lang w:eastAsia="ja-JP"/>
        </w:rPr>
        <w:sectPr w:rsidR="00A31B8C" w:rsidRPr="0078101A" w:rsidSect="00964158">
          <w:footerReference w:type="first" r:id="rId10"/>
          <w:pgSz w:w="16820" w:h="11900" w:orient="landscape" w:code="9"/>
          <w:pgMar w:top="1080" w:right="1440" w:bottom="1080" w:left="1440" w:header="567" w:footer="340" w:gutter="0"/>
          <w:cols w:space="425"/>
          <w:titlePg/>
          <w:docGrid w:type="linesAndChars" w:linePitch="341"/>
        </w:sectPr>
      </w:pPr>
      <w:r w:rsidRPr="0078101A">
        <w:rPr>
          <w:rFonts w:ascii="ＭＳ Ｐ明朝" w:eastAsia="ＭＳ Ｐ明朝" w:hAnsi="ＭＳ Ｐ明朝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6B08FC" wp14:editId="32E00582">
                <wp:simplePos x="0" y="0"/>
                <wp:positionH relativeFrom="column">
                  <wp:posOffset>2370243</wp:posOffset>
                </wp:positionH>
                <wp:positionV relativeFrom="paragraph">
                  <wp:posOffset>2572385</wp:posOffset>
                </wp:positionV>
                <wp:extent cx="2006600" cy="11430"/>
                <wp:effectExtent l="0" t="139700" r="25400" b="179070"/>
                <wp:wrapNone/>
                <wp:docPr id="493907416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6600" cy="1143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4348B" id="直線矢印コネクタ 4" o:spid="_x0000_s1026" type="#_x0000_t32" style="position:absolute;margin-left:186.65pt;margin-top:202.55pt;width:158pt;height:.9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" strokecolor="#7f7f7f [1612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78101A">
        <w:rPr>
          <w:rFonts w:ascii="ＭＳ Ｐ明朝" w:eastAsia="ＭＳ Ｐ明朝" w:hAnsi="ＭＳ Ｐ明朝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639841" wp14:editId="59E70BAE">
                <wp:simplePos x="0" y="0"/>
                <wp:positionH relativeFrom="column">
                  <wp:posOffset>1778000</wp:posOffset>
                </wp:positionH>
                <wp:positionV relativeFrom="paragraph">
                  <wp:posOffset>2366010</wp:posOffset>
                </wp:positionV>
                <wp:extent cx="381000" cy="450850"/>
                <wp:effectExtent l="50800" t="25400" r="0" b="95250"/>
                <wp:wrapNone/>
                <wp:docPr id="567744617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50850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1001">
                          <a:schemeClr val="l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1E866" id="矢印: 下 1" o:spid="_x0000_s1026" type="#_x0000_t67" style="position:absolute;margin-left:140pt;margin-top:186.3pt;width:30pt;height:3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" adj="12473" fillcolor="#7f7f7f [1612]" strokecolor="#7f7f7f [1612]">
                <v:shadow on="t" color="black" opacity="22937f" origin=",.5" offset="0,.63889mm"/>
              </v:shape>
            </w:pict>
          </mc:Fallback>
        </mc:AlternateContent>
      </w:r>
      <w:r w:rsidR="00010942" w:rsidRPr="0078101A">
        <w:rPr>
          <w:rFonts w:ascii="ＭＳ Ｐ明朝" w:eastAsia="ＭＳ Ｐ明朝" w:hAnsi="ＭＳ Ｐ明朝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05B489" wp14:editId="7D2701E7">
                <wp:simplePos x="0" y="0"/>
                <wp:positionH relativeFrom="margin">
                  <wp:posOffset>3675380</wp:posOffset>
                </wp:positionH>
                <wp:positionV relativeFrom="paragraph">
                  <wp:posOffset>4370070</wp:posOffset>
                </wp:positionV>
                <wp:extent cx="1296035" cy="294005"/>
                <wp:effectExtent l="50800" t="25400" r="24765" b="74295"/>
                <wp:wrapNone/>
                <wp:docPr id="105122425" name="二等辺三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96035" cy="294005"/>
                        </a:xfrm>
                        <a:prstGeom prst="triangl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D361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6" o:spid="_x0000_s1026" type="#_x0000_t5" style="position:absolute;margin-left:289.4pt;margin-top:344.1pt;width:102.05pt;height:23.1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" fillcolor="#7f7f7f [1612]" strokecolor="#7f7f7f [1612]">
                <v:shadow on="t" color="black" opacity="22937f" origin=",.5" offset="0,.63889mm"/>
                <w10:wrap anchorx="margin"/>
              </v:shape>
            </w:pict>
          </mc:Fallback>
        </mc:AlternateContent>
      </w:r>
      <w:r w:rsidR="008239E2" w:rsidRPr="0078101A">
        <w:rPr>
          <w:rFonts w:ascii="ＭＳ Ｐ明朝" w:eastAsia="ＭＳ Ｐ明朝" w:hAnsi="ＭＳ Ｐ明朝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DE59F" wp14:editId="13032AD7">
                <wp:simplePos x="0" y="0"/>
                <wp:positionH relativeFrom="column">
                  <wp:posOffset>-2550160</wp:posOffset>
                </wp:positionH>
                <wp:positionV relativeFrom="paragraph">
                  <wp:posOffset>2147570</wp:posOffset>
                </wp:positionV>
                <wp:extent cx="332509" cy="451262"/>
                <wp:effectExtent l="50800" t="25400" r="10795" b="95250"/>
                <wp:wrapNone/>
                <wp:docPr id="89904622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09" cy="451262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1001">
                          <a:schemeClr val="l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3CF8" id="矢印: 下 1" o:spid="_x0000_s1026" type="#_x0000_t67" style="position:absolute;margin-left:-200.8pt;margin-top:169.1pt;width:26.2pt;height:3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" adj="13642" fillcolor="#7f7f7f [1612]" strokecolor="black [3213]">
                <v:shadow on="t" color="black" opacity="22937f" origin=",.5" offset="0,.63889mm"/>
              </v:shape>
            </w:pict>
          </mc:Fallback>
        </mc:AlternateContent>
      </w:r>
      <w:r w:rsidR="00A31B8C" w:rsidRPr="0078101A">
        <w:rPr>
          <w:rFonts w:ascii="ＭＳ Ｐ明朝" w:eastAsia="ＭＳ Ｐ明朝" w:hAnsi="ＭＳ Ｐ明朝" w:hint="eastAsia"/>
          <w:sz w:val="21"/>
          <w:szCs w:val="21"/>
          <w:lang w:eastAsia="ja-JP"/>
        </w:rPr>
        <w:t>今回取り組む事業・プロジェクトについて、</w:t>
      </w:r>
      <w:r w:rsidR="00A31B8C" w:rsidRPr="0078101A">
        <w:rPr>
          <w:rFonts w:ascii="ＭＳ Ｐ明朝" w:eastAsia="ＭＳ Ｐ明朝" w:hAnsi="ＭＳ Ｐ明朝" w:hint="eastAsia"/>
          <w:sz w:val="21"/>
          <w:szCs w:val="21"/>
          <w:u w:val="single"/>
          <w:lang w:eastAsia="ja-JP"/>
        </w:rPr>
        <w:t>１・２・３の順で</w:t>
      </w:r>
      <w:r w:rsidR="00A31B8C" w:rsidRPr="0078101A">
        <w:rPr>
          <w:rFonts w:ascii="ＭＳ Ｐ明朝" w:eastAsia="ＭＳ Ｐ明朝" w:hAnsi="ＭＳ Ｐ明朝" w:hint="eastAsia"/>
          <w:sz w:val="21"/>
          <w:szCs w:val="21"/>
          <w:lang w:eastAsia="ja-JP"/>
        </w:rPr>
        <w:t>枠内をご記入ください。最後に活動内容がわかる事業名をつけてご記入ください。</w:t>
      </w:r>
    </w:p>
    <w:p w14:paraId="5EF3FE70" w14:textId="4E5B38C8" w:rsidR="001B4769" w:rsidRPr="0078101A" w:rsidRDefault="00A3298B" w:rsidP="00DD244B">
      <w:pPr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lastRenderedPageBreak/>
        <w:t>５</w:t>
      </w:r>
      <w:r w:rsidR="009C7613" w:rsidRPr="0078101A"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  <w:t xml:space="preserve">　</w:t>
      </w:r>
      <w:r w:rsidR="009C7613"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>申請事業終了後の活動予定</w:t>
      </w:r>
    </w:p>
    <w:tbl>
      <w:tblPr>
        <w:tblW w:w="9796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796"/>
      </w:tblGrid>
      <w:tr w:rsidR="009C7613" w:rsidRPr="00DD244B" w14:paraId="103EDF5D" w14:textId="77777777" w:rsidTr="003775F4">
        <w:trPr>
          <w:trHeight w:val="7548"/>
          <w:jc w:val="center"/>
        </w:trPr>
        <w:tc>
          <w:tcPr>
            <w:tcW w:w="9796" w:type="dxa"/>
          </w:tcPr>
          <w:p w14:paraId="1141469E" w14:textId="230784FB" w:rsidR="009C7613" w:rsidRPr="0078101A" w:rsidRDefault="009C7613" w:rsidP="00DD244B">
            <w:pPr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</w:pPr>
            <w:r w:rsidRPr="0078101A"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  <w:t>寄付募集終了後やプロジェクト終了後の展開、継続方法を記入してください。</w:t>
            </w:r>
            <w:r w:rsidR="00FF4C01" w:rsidRPr="0078101A"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  <w:br/>
            </w:r>
            <w:r w:rsidR="00FF4C01" w:rsidRPr="0078101A">
              <w:rPr>
                <w:rFonts w:ascii="ＭＳ Ｐ明朝" w:eastAsia="ＭＳ Ｐ明朝" w:hAnsi="ＭＳ Ｐ明朝" w:hint="eastAsia"/>
                <w:color w:val="000000" w:themeColor="text1"/>
                <w:sz w:val="21"/>
                <w:szCs w:val="21"/>
                <w:lang w:eastAsia="ja-JP"/>
              </w:rPr>
              <w:t>また、「今回の事業で目指す状態（</w:t>
            </w:r>
            <w:r w:rsidR="0078101A">
              <w:rPr>
                <w:rFonts w:ascii="ＭＳ Ｐ明朝" w:eastAsia="ＭＳ Ｐ明朝" w:hAnsi="ＭＳ Ｐ明朝" w:hint="eastAsia"/>
                <w:color w:val="000000" w:themeColor="text1"/>
                <w:sz w:val="21"/>
                <w:szCs w:val="21"/>
                <w:lang w:eastAsia="ja-JP"/>
              </w:rPr>
              <w:t>４</w:t>
            </w:r>
            <w:r w:rsidR="00FF4C01" w:rsidRPr="0078101A">
              <w:rPr>
                <w:rFonts w:ascii="ＭＳ Ｐ明朝" w:eastAsia="ＭＳ Ｐ明朝" w:hAnsi="ＭＳ Ｐ明朝" w:hint="eastAsia"/>
                <w:color w:val="000000" w:themeColor="text1"/>
                <w:sz w:val="21"/>
                <w:szCs w:val="21"/>
                <w:lang w:eastAsia="ja-JP"/>
              </w:rPr>
              <w:t>−２）の状態から「組織として目指す状態（</w:t>
            </w:r>
            <w:r w:rsidR="0078101A">
              <w:rPr>
                <w:rFonts w:ascii="ＭＳ Ｐ明朝" w:eastAsia="ＭＳ Ｐ明朝" w:hAnsi="ＭＳ Ｐ明朝" w:hint="eastAsia"/>
                <w:color w:val="000000" w:themeColor="text1"/>
                <w:sz w:val="21"/>
                <w:szCs w:val="21"/>
                <w:lang w:eastAsia="ja-JP"/>
              </w:rPr>
              <w:t>３</w:t>
            </w:r>
            <w:r w:rsidR="00FF4C01" w:rsidRPr="0078101A">
              <w:rPr>
                <w:rFonts w:ascii="ＭＳ Ｐ明朝" w:eastAsia="ＭＳ Ｐ明朝" w:hAnsi="ＭＳ Ｐ明朝" w:hint="eastAsia"/>
                <w:color w:val="000000" w:themeColor="text1"/>
                <w:sz w:val="21"/>
                <w:szCs w:val="21"/>
                <w:lang w:eastAsia="ja-JP"/>
              </w:rPr>
              <w:t>−１）を実現させるための活動予定をご記入ください。</w:t>
            </w:r>
            <w:r w:rsidRPr="0078101A"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  <w:br/>
            </w:r>
            <w:r w:rsidRPr="0078101A"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  <w:br/>
            </w:r>
            <w:r w:rsidRPr="0078101A">
              <w:rPr>
                <w:rFonts w:ascii="ＭＳ Ｐ明朝" w:eastAsia="ＭＳ Ｐ明朝" w:hAnsi="ＭＳ Ｐ明朝"/>
                <w:color w:val="000000" w:themeColor="text1"/>
                <w:sz w:val="21"/>
                <w:szCs w:val="21"/>
                <w:lang w:eastAsia="ja-JP"/>
              </w:rPr>
              <w:br/>
            </w:r>
          </w:p>
        </w:tc>
      </w:tr>
    </w:tbl>
    <w:p w14:paraId="737275D1" w14:textId="77777777" w:rsidR="00162949" w:rsidRDefault="00162949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271068C1" w14:textId="7743ADFB" w:rsidR="001B4769" w:rsidRPr="00DD244B" w:rsidRDefault="00A3298B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>６</w:t>
      </w:r>
      <w:r w:rsidR="00B738BF" w:rsidRPr="0078101A">
        <w:rPr>
          <w:rFonts w:ascii="ＭＳ Ｐ明朝" w:eastAsia="ＭＳ Ｐ明朝" w:hAnsi="ＭＳ Ｐ明朝"/>
          <w:color w:val="000000" w:themeColor="text1"/>
          <w:sz w:val="21"/>
          <w:szCs w:val="21"/>
          <w:lang w:eastAsia="ja-JP"/>
        </w:rPr>
        <w:t xml:space="preserve">　</w:t>
      </w:r>
      <w:r w:rsidR="00B738BF" w:rsidRPr="00DD244B">
        <w:rPr>
          <w:rFonts w:ascii="ＭＳ Ｐ明朝" w:eastAsia="ＭＳ Ｐ明朝" w:hAnsi="ＭＳ Ｐ明朝"/>
          <w:sz w:val="21"/>
          <w:szCs w:val="21"/>
          <w:lang w:eastAsia="ja-JP"/>
        </w:rPr>
        <w:t>実施スケジュール</w:t>
      </w:r>
    </w:p>
    <w:p w14:paraId="3B8F79CC" w14:textId="77777777" w:rsidR="001B4769" w:rsidRPr="00DD244B" w:rsidRDefault="00B738BF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プロジェクト実施までの準備、寄付募集、実施、報告までの流れを記入してください。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252"/>
        <w:gridCol w:w="2268"/>
        <w:gridCol w:w="1666"/>
      </w:tblGrid>
      <w:tr w:rsidR="00DD244B" w:rsidRPr="00DD244B" w14:paraId="49E54210" w14:textId="77777777" w:rsidTr="0078101A">
        <w:trPr>
          <w:tblHeader/>
          <w:jc w:val="center"/>
        </w:trPr>
        <w:tc>
          <w:tcPr>
            <w:tcW w:w="1587" w:type="dxa"/>
            <w:shd w:val="clear" w:color="auto" w:fill="F2F2F2" w:themeFill="background1" w:themeFillShade="F2"/>
            <w:vAlign w:val="bottom"/>
          </w:tcPr>
          <w:p w14:paraId="0A405E1B" w14:textId="63DCA62C" w:rsidR="001B4769" w:rsidRPr="00DD244B" w:rsidRDefault="00B738BF" w:rsidP="00162949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時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期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bottom"/>
          </w:tcPr>
          <w:p w14:paraId="6266E0DD" w14:textId="2F5D6B41" w:rsidR="001B4769" w:rsidRPr="00DD244B" w:rsidRDefault="00B738BF" w:rsidP="00162949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実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施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内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容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1FCD5AD3" w14:textId="5B197C3C" w:rsidR="001B4769" w:rsidRPr="00DD244B" w:rsidRDefault="00B738BF" w:rsidP="00162949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担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当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・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協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力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者</w:t>
            </w:r>
          </w:p>
        </w:tc>
        <w:tc>
          <w:tcPr>
            <w:tcW w:w="1666" w:type="dxa"/>
            <w:shd w:val="clear" w:color="auto" w:fill="F2F2F2" w:themeFill="background1" w:themeFillShade="F2"/>
            <w:vAlign w:val="bottom"/>
          </w:tcPr>
          <w:p w14:paraId="242210A5" w14:textId="403E890C" w:rsidR="001B4769" w:rsidRPr="00DD244B" w:rsidRDefault="00B738BF" w:rsidP="00162949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備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考</w:t>
            </w:r>
          </w:p>
        </w:tc>
      </w:tr>
      <w:tr w:rsidR="00DD244B" w:rsidRPr="00DD244B" w14:paraId="00750328" w14:textId="77777777" w:rsidTr="0078101A">
        <w:trPr>
          <w:jc w:val="center"/>
        </w:trPr>
        <w:tc>
          <w:tcPr>
            <w:tcW w:w="1587" w:type="dxa"/>
            <w:vAlign w:val="center"/>
          </w:tcPr>
          <w:p w14:paraId="7B243B85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380C6A1C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F4F7356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360888CD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2235C649" w14:textId="77777777" w:rsidTr="0078101A">
        <w:trPr>
          <w:jc w:val="center"/>
        </w:trPr>
        <w:tc>
          <w:tcPr>
            <w:tcW w:w="1587" w:type="dxa"/>
            <w:vAlign w:val="center"/>
          </w:tcPr>
          <w:p w14:paraId="2406D17A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349EF4C9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121A297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12675BB4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5D7C3D86" w14:textId="77777777" w:rsidTr="0078101A">
        <w:trPr>
          <w:jc w:val="center"/>
        </w:trPr>
        <w:tc>
          <w:tcPr>
            <w:tcW w:w="1587" w:type="dxa"/>
            <w:vAlign w:val="center"/>
          </w:tcPr>
          <w:p w14:paraId="04049359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3E9572FB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668E320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00DDF13C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68C0CE10" w14:textId="77777777" w:rsidTr="0078101A">
        <w:trPr>
          <w:jc w:val="center"/>
        </w:trPr>
        <w:tc>
          <w:tcPr>
            <w:tcW w:w="1587" w:type="dxa"/>
            <w:vAlign w:val="center"/>
          </w:tcPr>
          <w:p w14:paraId="02511666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7BD50864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6AFCD28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115E466F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48ABA25C" w14:textId="77777777" w:rsidTr="0078101A">
        <w:trPr>
          <w:jc w:val="center"/>
        </w:trPr>
        <w:tc>
          <w:tcPr>
            <w:tcW w:w="1587" w:type="dxa"/>
            <w:vAlign w:val="center"/>
          </w:tcPr>
          <w:p w14:paraId="47AE2F6D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005E4CDB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CB72262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58AEE59D" w14:textId="77777777" w:rsidR="001B4769" w:rsidRPr="00DD244B" w:rsidRDefault="001B476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162949" w:rsidRPr="00DD244B" w14:paraId="4FBA6AB0" w14:textId="77777777" w:rsidTr="0078101A">
        <w:trPr>
          <w:jc w:val="center"/>
        </w:trPr>
        <w:tc>
          <w:tcPr>
            <w:tcW w:w="1587" w:type="dxa"/>
            <w:vAlign w:val="center"/>
          </w:tcPr>
          <w:p w14:paraId="7B807398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09DF75B3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CB301A8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5A537B9F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162949" w:rsidRPr="00DD244B" w14:paraId="3EA9EA10" w14:textId="77777777" w:rsidTr="0078101A">
        <w:trPr>
          <w:jc w:val="center"/>
        </w:trPr>
        <w:tc>
          <w:tcPr>
            <w:tcW w:w="1587" w:type="dxa"/>
            <w:vAlign w:val="center"/>
          </w:tcPr>
          <w:p w14:paraId="3D9BB94E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1A20B73C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42240BA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611A07CB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162949" w:rsidRPr="00DD244B" w14:paraId="55249B0C" w14:textId="77777777" w:rsidTr="0078101A">
        <w:trPr>
          <w:jc w:val="center"/>
        </w:trPr>
        <w:tc>
          <w:tcPr>
            <w:tcW w:w="1587" w:type="dxa"/>
            <w:vAlign w:val="center"/>
          </w:tcPr>
          <w:p w14:paraId="5758423C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6FF1D169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AFB8C47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0F413F43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162949" w:rsidRPr="00DD244B" w14:paraId="19851410" w14:textId="77777777" w:rsidTr="0078101A">
        <w:trPr>
          <w:jc w:val="center"/>
        </w:trPr>
        <w:tc>
          <w:tcPr>
            <w:tcW w:w="1587" w:type="dxa"/>
            <w:vAlign w:val="center"/>
          </w:tcPr>
          <w:p w14:paraId="17853032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6B96B378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F700379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5741FC9E" w14:textId="77777777" w:rsidR="00162949" w:rsidRPr="00DD244B" w:rsidRDefault="00162949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6ADF90A8" w14:textId="6E821A20" w:rsidR="001B4769" w:rsidRPr="00DD244B" w:rsidRDefault="00A3298B" w:rsidP="00DD244B">
      <w:pPr>
        <w:rPr>
          <w:rFonts w:ascii="ＭＳ Ｐ明朝" w:eastAsia="ＭＳ Ｐ明朝" w:hAnsi="ＭＳ Ｐ明朝"/>
          <w:sz w:val="21"/>
          <w:szCs w:val="21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lastRenderedPageBreak/>
        <w:t>７</w:t>
      </w:r>
      <w:r w:rsidR="00B738BF" w:rsidRPr="0078101A">
        <w:rPr>
          <w:rFonts w:ascii="ＭＳ Ｐ明朝" w:eastAsia="ＭＳ Ｐ明朝" w:hAnsi="ＭＳ Ｐ明朝"/>
          <w:color w:val="000000" w:themeColor="text1"/>
          <w:sz w:val="21"/>
          <w:szCs w:val="21"/>
        </w:rPr>
        <w:t xml:space="preserve">　</w:t>
      </w:r>
      <w:proofErr w:type="spellStart"/>
      <w:r w:rsidR="00B738BF" w:rsidRPr="00DD244B">
        <w:rPr>
          <w:rFonts w:ascii="ＭＳ Ｐ明朝" w:eastAsia="ＭＳ Ｐ明朝" w:hAnsi="ＭＳ Ｐ明朝"/>
          <w:sz w:val="21"/>
          <w:szCs w:val="21"/>
        </w:rPr>
        <w:t>寄付募集計画</w:t>
      </w:r>
      <w:proofErr w:type="spellEnd"/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7387"/>
      </w:tblGrid>
      <w:tr w:rsidR="00DD244B" w:rsidRPr="00DD244B" w14:paraId="025BBF73" w14:textId="77777777" w:rsidTr="003775F4">
        <w:trPr>
          <w:trHeight w:val="3579"/>
          <w:jc w:val="center"/>
        </w:trPr>
        <w:tc>
          <w:tcPr>
            <w:tcW w:w="2402" w:type="dxa"/>
            <w:shd w:val="clear" w:color="auto" w:fill="EDEDED"/>
            <w:vAlign w:val="center"/>
          </w:tcPr>
          <w:p w14:paraId="1DBD5E97" w14:textId="77777777" w:rsidR="001B4769" w:rsidRPr="00DD244B" w:rsidRDefault="00B738BF" w:rsidP="00DD244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>寄付募集の呼びかけ先</w:t>
            </w:r>
          </w:p>
        </w:tc>
        <w:tc>
          <w:tcPr>
            <w:tcW w:w="7387" w:type="dxa"/>
          </w:tcPr>
          <w:p w14:paraId="34A2EE28" w14:textId="0E02A3EA" w:rsidR="001B4769" w:rsidRDefault="00B738BF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団体の支援者、会員、企業、地域住民、関係団体など、どこに呼びかける予定か記入してください。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br/>
            </w:r>
          </w:p>
          <w:p w14:paraId="6D10BF65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45C76CB1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6EA7A07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15503CD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434E73F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9A1EC17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C5E040C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4E28D84" w14:textId="77777777" w:rsidR="003775F4" w:rsidRPr="00DD244B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:rsidRPr="00DD244B" w14:paraId="4A69D68F" w14:textId="77777777" w:rsidTr="003775F4">
        <w:trPr>
          <w:trHeight w:val="3530"/>
          <w:jc w:val="center"/>
        </w:trPr>
        <w:tc>
          <w:tcPr>
            <w:tcW w:w="2402" w:type="dxa"/>
            <w:shd w:val="clear" w:color="auto" w:fill="EDEDED"/>
            <w:vAlign w:val="center"/>
          </w:tcPr>
          <w:p w14:paraId="14CC3EA0" w14:textId="77777777" w:rsidR="001B4769" w:rsidRPr="00DD244B" w:rsidRDefault="00B738BF" w:rsidP="00DD244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>寄付を呼びかける理由・メッセージ</w:t>
            </w:r>
          </w:p>
        </w:tc>
        <w:tc>
          <w:tcPr>
            <w:tcW w:w="7387" w:type="dxa"/>
          </w:tcPr>
          <w:p w14:paraId="4492D13B" w14:textId="77777777" w:rsidR="001B4769" w:rsidRDefault="00B738BF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寄付者に伝えたい課題、プロジェクトの必要性、応援してほしい理由を記入してください。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br/>
            </w:r>
          </w:p>
          <w:p w14:paraId="55F1282B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C8D573F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B4D0673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19394F89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6367649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D9B2091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A180B8A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A8B3B2B" w14:textId="385A1BC9" w:rsidR="003775F4" w:rsidRPr="00DD244B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:rsidRPr="00DD244B" w14:paraId="4C825FB9" w14:textId="77777777" w:rsidTr="003775F4">
        <w:trPr>
          <w:trHeight w:val="3396"/>
          <w:jc w:val="center"/>
        </w:trPr>
        <w:tc>
          <w:tcPr>
            <w:tcW w:w="2402" w:type="dxa"/>
            <w:shd w:val="clear" w:color="auto" w:fill="EDEDED"/>
            <w:vAlign w:val="center"/>
          </w:tcPr>
          <w:p w14:paraId="59590231" w14:textId="77777777" w:rsidR="001B4769" w:rsidRPr="00DD244B" w:rsidRDefault="00B738BF" w:rsidP="00DD244B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広報・発信方法</w:t>
            </w:r>
            <w:proofErr w:type="spellEnd"/>
          </w:p>
        </w:tc>
        <w:tc>
          <w:tcPr>
            <w:tcW w:w="7387" w:type="dxa"/>
          </w:tcPr>
          <w:p w14:paraId="191FF28C" w14:textId="77777777" w:rsidR="001B4769" w:rsidRDefault="00B738BF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SNS、チラシ、メール、イベント、個別訪問、プレスリリース等の予定を記入してください。</w:t>
            </w:r>
          </w:p>
          <w:p w14:paraId="56E41A94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3004030D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678B063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9BC2F00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8122D59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025F5D4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7FB6C71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2E96924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46B5EE43" w14:textId="008F3C25" w:rsidR="003775F4" w:rsidRPr="00DD244B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:rsidRPr="00DD244B" w14:paraId="1B261D82" w14:textId="77777777" w:rsidTr="003775F4">
        <w:trPr>
          <w:trHeight w:val="3530"/>
          <w:jc w:val="center"/>
        </w:trPr>
        <w:tc>
          <w:tcPr>
            <w:tcW w:w="2402" w:type="dxa"/>
            <w:shd w:val="clear" w:color="auto" w:fill="EDEDED"/>
            <w:vAlign w:val="center"/>
          </w:tcPr>
          <w:p w14:paraId="409F1ED0" w14:textId="77777777" w:rsidR="001B4769" w:rsidRPr="00DD244B" w:rsidRDefault="00B738BF" w:rsidP="00DD244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>寄付者へのお礼・報告方法</w:t>
            </w:r>
          </w:p>
        </w:tc>
        <w:tc>
          <w:tcPr>
            <w:tcW w:w="7387" w:type="dxa"/>
          </w:tcPr>
          <w:p w14:paraId="4D6EB8F4" w14:textId="77777777" w:rsidR="001B4769" w:rsidRDefault="00B738BF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お礼メール、活動報告、報告会、ニュースレター等の方法を記入してください。</w:t>
            </w: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br/>
            </w:r>
          </w:p>
          <w:p w14:paraId="228426A5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ACFDCBE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E4500C4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06A6ACE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B81F192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47342F2C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560A092A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881764D" w14:textId="77777777" w:rsidR="003775F4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336DECE7" w14:textId="65DE6D29" w:rsidR="003775F4" w:rsidRPr="00DD244B" w:rsidRDefault="003775F4" w:rsidP="003775F4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</w:tbl>
    <w:p w14:paraId="2046B18F" w14:textId="52745747" w:rsidR="001B4769" w:rsidRPr="00DD244B" w:rsidRDefault="00A3298B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lastRenderedPageBreak/>
        <w:t>８</w:t>
      </w:r>
      <w:r w:rsidR="00B738BF" w:rsidRPr="00B1277C">
        <w:rPr>
          <w:rFonts w:ascii="ＭＳ Ｐ明朝" w:eastAsia="ＭＳ Ｐ明朝" w:hAnsi="ＭＳ Ｐ明朝"/>
          <w:color w:val="EE0000"/>
          <w:sz w:val="21"/>
          <w:szCs w:val="21"/>
          <w:lang w:eastAsia="ja-JP"/>
        </w:rPr>
        <w:t xml:space="preserve">　</w:t>
      </w:r>
      <w:r w:rsidR="00B738BF" w:rsidRPr="00DD244B">
        <w:rPr>
          <w:rFonts w:ascii="ＭＳ Ｐ明朝" w:eastAsia="ＭＳ Ｐ明朝" w:hAnsi="ＭＳ Ｐ明朝"/>
          <w:sz w:val="21"/>
          <w:szCs w:val="21"/>
          <w:lang w:eastAsia="ja-JP"/>
        </w:rPr>
        <w:t>収支予算書</w:t>
      </w:r>
    </w:p>
    <w:p w14:paraId="531690AB" w14:textId="77777777" w:rsidR="001B4769" w:rsidRPr="00DD244B" w:rsidRDefault="00B738BF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寄付募集目標額と経費の関係が分かるように記入してください。必要に応じて行を追加してください。</w:t>
      </w:r>
    </w:p>
    <w:p w14:paraId="23B8C22B" w14:textId="6D01DC16" w:rsidR="001B4769" w:rsidRPr="00DD244B" w:rsidRDefault="00B738BF" w:rsidP="00050D93">
      <w:pPr>
        <w:ind w:firstLineChars="50" w:firstLine="105"/>
        <w:rPr>
          <w:rFonts w:ascii="ＭＳ Ｐ明朝" w:eastAsia="ＭＳ Ｐ明朝" w:hAnsi="ＭＳ Ｐ明朝"/>
          <w:sz w:val="21"/>
          <w:szCs w:val="21"/>
        </w:rPr>
      </w:pPr>
      <w:r w:rsidRPr="00DD244B">
        <w:rPr>
          <w:rFonts w:ascii="ＭＳ Ｐ明朝" w:eastAsia="ＭＳ Ｐ明朝" w:hAnsi="ＭＳ Ｐ明朝"/>
          <w:b/>
          <w:sz w:val="21"/>
          <w:szCs w:val="21"/>
        </w:rPr>
        <w:t>（1）</w:t>
      </w:r>
      <w:r w:rsidR="00050D93">
        <w:rPr>
          <w:rFonts w:ascii="ＭＳ Ｐ明朝" w:eastAsia="ＭＳ Ｐ明朝" w:hAnsi="ＭＳ Ｐ明朝" w:hint="eastAsia"/>
          <w:b/>
          <w:sz w:val="21"/>
          <w:szCs w:val="21"/>
          <w:lang w:eastAsia="ja-JP"/>
        </w:rPr>
        <w:t xml:space="preserve">　</w:t>
      </w:r>
      <w:proofErr w:type="spellStart"/>
      <w:r w:rsidRPr="00DD244B">
        <w:rPr>
          <w:rFonts w:ascii="ＭＳ Ｐ明朝" w:eastAsia="ＭＳ Ｐ明朝" w:hAnsi="ＭＳ Ｐ明朝"/>
          <w:b/>
          <w:sz w:val="21"/>
          <w:szCs w:val="21"/>
        </w:rPr>
        <w:t>収入の部</w:t>
      </w:r>
      <w:proofErr w:type="spellEnd"/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984"/>
        <w:gridCol w:w="5380"/>
      </w:tblGrid>
      <w:tr w:rsidR="00DD244B" w:rsidRPr="00DD244B" w14:paraId="3BDBC33D" w14:textId="77777777" w:rsidTr="0078101A">
        <w:trPr>
          <w:trHeight w:val="283"/>
          <w:tblHeader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1FDC17E" w14:textId="2D73E918" w:rsidR="001B4769" w:rsidRPr="00DD244B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区</w:t>
            </w:r>
            <w:r w:rsidR="006030B0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 xml:space="preserve"> </w:t>
            </w:r>
            <w:r w:rsidR="006030B0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 xml:space="preserve"> 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 xml:space="preserve">    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分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EF4B864" w14:textId="52C20174" w:rsidR="001B4769" w:rsidRPr="00DD244B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金</w:t>
            </w:r>
            <w:r w:rsidR="006030B0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 xml:space="preserve">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額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</w:t>
            </w:r>
            <w:r w:rsidRPr="00DD244B">
              <w:rPr>
                <w:rFonts w:ascii="ＭＳ Ｐ明朝" w:eastAsia="ＭＳ Ｐ明朝" w:hAnsi="ＭＳ Ｐ明朝"/>
                <w:b/>
                <w:sz w:val="21"/>
                <w:szCs w:val="21"/>
              </w:rPr>
              <w:t>（円）</w:t>
            </w:r>
          </w:p>
        </w:tc>
        <w:tc>
          <w:tcPr>
            <w:tcW w:w="5380" w:type="dxa"/>
            <w:shd w:val="clear" w:color="auto" w:fill="F2F2F2" w:themeFill="background1" w:themeFillShade="F2"/>
            <w:vAlign w:val="center"/>
          </w:tcPr>
          <w:p w14:paraId="0D52C853" w14:textId="77777777" w:rsidR="001B4769" w:rsidRPr="00DD244B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123"/>
                <w:sz w:val="21"/>
                <w:szCs w:val="21"/>
                <w:fitText w:val="2110" w:id="-396578560"/>
              </w:rPr>
              <w:t>積算内訳・備</w:t>
            </w:r>
            <w:r w:rsidRPr="00F22C28">
              <w:rPr>
                <w:rFonts w:ascii="ＭＳ Ｐ明朝" w:eastAsia="ＭＳ Ｐ明朝" w:hAnsi="ＭＳ Ｐ明朝"/>
                <w:b/>
                <w:spacing w:val="2"/>
                <w:sz w:val="21"/>
                <w:szCs w:val="21"/>
                <w:fitText w:val="2110" w:id="-396578560"/>
              </w:rPr>
              <w:t>考</w:t>
            </w:r>
            <w:proofErr w:type="spellEnd"/>
          </w:p>
        </w:tc>
      </w:tr>
      <w:tr w:rsidR="00DD244B" w:rsidRPr="00DD244B" w14:paraId="63F7FAC1" w14:textId="77777777" w:rsidTr="0078101A">
        <w:trPr>
          <w:trHeight w:val="567"/>
          <w:jc w:val="center"/>
        </w:trPr>
        <w:tc>
          <w:tcPr>
            <w:tcW w:w="2551" w:type="dxa"/>
            <w:vAlign w:val="center"/>
          </w:tcPr>
          <w:p w14:paraId="78DDBFA4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D244B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>本プログラムによる助成希望額（寄付募集目標額）</w:t>
            </w:r>
          </w:p>
        </w:tc>
        <w:tc>
          <w:tcPr>
            <w:tcW w:w="1984" w:type="dxa"/>
            <w:vAlign w:val="center"/>
          </w:tcPr>
          <w:p w14:paraId="6E0DF787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  <w:tc>
          <w:tcPr>
            <w:tcW w:w="5380" w:type="dxa"/>
            <w:vAlign w:val="center"/>
          </w:tcPr>
          <w:p w14:paraId="28DDE71D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DD244B" w:rsidRPr="00DD244B" w14:paraId="77713D98" w14:textId="77777777" w:rsidTr="0078101A">
        <w:trPr>
          <w:trHeight w:val="567"/>
          <w:jc w:val="center"/>
        </w:trPr>
        <w:tc>
          <w:tcPr>
            <w:tcW w:w="2551" w:type="dxa"/>
            <w:vAlign w:val="center"/>
          </w:tcPr>
          <w:p w14:paraId="3B5BB94C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280"/>
                <w:sz w:val="21"/>
                <w:szCs w:val="21"/>
                <w:fitText w:val="1680" w:id="-396579584"/>
              </w:rPr>
              <w:t>自己資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584"/>
              </w:rPr>
              <w:t>金</w:t>
            </w:r>
            <w:proofErr w:type="spellEnd"/>
          </w:p>
        </w:tc>
        <w:tc>
          <w:tcPr>
            <w:tcW w:w="1984" w:type="dxa"/>
            <w:vAlign w:val="center"/>
          </w:tcPr>
          <w:p w14:paraId="48E063C3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5380" w:type="dxa"/>
            <w:vAlign w:val="center"/>
          </w:tcPr>
          <w:p w14:paraId="636010CC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04978735" w14:textId="77777777" w:rsidTr="0078101A">
        <w:trPr>
          <w:trHeight w:val="567"/>
          <w:jc w:val="center"/>
        </w:trPr>
        <w:tc>
          <w:tcPr>
            <w:tcW w:w="2551" w:type="dxa"/>
            <w:vAlign w:val="center"/>
          </w:tcPr>
          <w:p w14:paraId="4E54E81A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w w:val="94"/>
                <w:sz w:val="21"/>
                <w:szCs w:val="21"/>
                <w:fitText w:val="1680" w:id="-396579583"/>
              </w:rPr>
              <w:t>他の助成金・補助</w:t>
            </w:r>
            <w:r w:rsidRPr="00F22C28">
              <w:rPr>
                <w:rFonts w:ascii="ＭＳ Ｐ明朝" w:eastAsia="ＭＳ Ｐ明朝" w:hAnsi="ＭＳ Ｐ明朝"/>
                <w:spacing w:val="23"/>
                <w:w w:val="94"/>
                <w:sz w:val="21"/>
                <w:szCs w:val="21"/>
                <w:fitText w:val="1680" w:id="-396579583"/>
              </w:rPr>
              <w:t>金</w:t>
            </w:r>
            <w:proofErr w:type="spellEnd"/>
          </w:p>
        </w:tc>
        <w:tc>
          <w:tcPr>
            <w:tcW w:w="1984" w:type="dxa"/>
            <w:vAlign w:val="center"/>
          </w:tcPr>
          <w:p w14:paraId="2A591F43" w14:textId="2DC3E5E6" w:rsidR="001B4769" w:rsidRPr="00DD244B" w:rsidRDefault="006030B0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5380" w:type="dxa"/>
            <w:vAlign w:val="center"/>
          </w:tcPr>
          <w:p w14:paraId="381123CF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734D3FCC" w14:textId="77777777" w:rsidTr="0078101A">
        <w:trPr>
          <w:trHeight w:val="567"/>
          <w:jc w:val="center"/>
        </w:trPr>
        <w:tc>
          <w:tcPr>
            <w:tcW w:w="2551" w:type="dxa"/>
            <w:vAlign w:val="center"/>
          </w:tcPr>
          <w:p w14:paraId="442AA8E9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2"/>
                <w:sz w:val="21"/>
                <w:szCs w:val="21"/>
                <w:fitText w:val="1680" w:id="-396579582"/>
              </w:rPr>
              <w:t>参加費・売上</w:t>
            </w:r>
            <w:r w:rsidRPr="00F22C28">
              <w:rPr>
                <w:rFonts w:ascii="ＭＳ Ｐ明朝" w:eastAsia="ＭＳ Ｐ明朝" w:hAnsi="ＭＳ Ｐ明朝"/>
                <w:spacing w:val="3"/>
                <w:sz w:val="21"/>
                <w:szCs w:val="21"/>
                <w:fitText w:val="1680" w:id="-396579582"/>
              </w:rPr>
              <w:t>等</w:t>
            </w:r>
            <w:proofErr w:type="spellEnd"/>
          </w:p>
        </w:tc>
        <w:tc>
          <w:tcPr>
            <w:tcW w:w="1984" w:type="dxa"/>
            <w:vAlign w:val="center"/>
          </w:tcPr>
          <w:p w14:paraId="339ED660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5380" w:type="dxa"/>
            <w:vAlign w:val="center"/>
          </w:tcPr>
          <w:p w14:paraId="6F92F1A5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312E6EB6" w14:textId="77777777" w:rsidTr="0078101A">
        <w:trPr>
          <w:trHeight w:val="567"/>
          <w:jc w:val="center"/>
        </w:trPr>
        <w:tc>
          <w:tcPr>
            <w:tcW w:w="2551" w:type="dxa"/>
            <w:vAlign w:val="center"/>
          </w:tcPr>
          <w:p w14:paraId="759574DC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38"/>
                <w:sz w:val="21"/>
                <w:szCs w:val="21"/>
                <w:fitText w:val="1680" w:id="-396579328"/>
              </w:rPr>
              <w:t>その</w:t>
            </w:r>
            <w:r w:rsidRPr="00F22C28">
              <w:rPr>
                <w:rFonts w:ascii="ＭＳ Ｐ明朝" w:eastAsia="ＭＳ Ｐ明朝" w:hAnsi="ＭＳ Ｐ明朝"/>
                <w:spacing w:val="2"/>
                <w:sz w:val="21"/>
                <w:szCs w:val="21"/>
                <w:fitText w:val="1680" w:id="-396579328"/>
              </w:rPr>
              <w:t>他</w:t>
            </w:r>
            <w:proofErr w:type="spellEnd"/>
          </w:p>
        </w:tc>
        <w:tc>
          <w:tcPr>
            <w:tcW w:w="1984" w:type="dxa"/>
            <w:vAlign w:val="center"/>
          </w:tcPr>
          <w:p w14:paraId="01B11097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5380" w:type="dxa"/>
            <w:vAlign w:val="center"/>
          </w:tcPr>
          <w:p w14:paraId="00D61D4B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6FEBB9B8" w14:textId="77777777" w:rsidTr="0078101A">
        <w:trPr>
          <w:trHeight w:val="567"/>
          <w:jc w:val="center"/>
        </w:trPr>
        <w:tc>
          <w:tcPr>
            <w:tcW w:w="2551" w:type="dxa"/>
            <w:shd w:val="clear" w:color="auto" w:fill="EDEDED"/>
            <w:vAlign w:val="center"/>
          </w:tcPr>
          <w:p w14:paraId="5D5A09E3" w14:textId="77777777" w:rsidR="001B4769" w:rsidRPr="00DD244B" w:rsidRDefault="00B738BF" w:rsidP="00F22C28">
            <w:pPr>
              <w:spacing w:after="0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280"/>
                <w:sz w:val="21"/>
                <w:szCs w:val="21"/>
                <w:fitText w:val="1680" w:id="-396579327"/>
              </w:rPr>
              <w:t>収入合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327"/>
              </w:rPr>
              <w:t>計</w:t>
            </w:r>
            <w:proofErr w:type="spellEnd"/>
          </w:p>
        </w:tc>
        <w:tc>
          <w:tcPr>
            <w:tcW w:w="1984" w:type="dxa"/>
            <w:shd w:val="clear" w:color="auto" w:fill="EDEDED"/>
            <w:vAlign w:val="center"/>
          </w:tcPr>
          <w:p w14:paraId="623A24FD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5380" w:type="dxa"/>
            <w:shd w:val="clear" w:color="auto" w:fill="EDEDED"/>
            <w:vAlign w:val="center"/>
          </w:tcPr>
          <w:p w14:paraId="6BA9E60F" w14:textId="77777777" w:rsidR="001B4769" w:rsidRPr="00DD244B" w:rsidRDefault="001B4769" w:rsidP="006030B0">
            <w:pPr>
              <w:spacing w:after="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5B1E1975" w14:textId="77777777" w:rsidR="003B360E" w:rsidRDefault="003B360E" w:rsidP="00DD244B">
      <w:pPr>
        <w:rPr>
          <w:rFonts w:ascii="ＭＳ Ｐ明朝" w:eastAsia="ＭＳ Ｐ明朝" w:hAnsi="ＭＳ Ｐ明朝"/>
          <w:b/>
          <w:sz w:val="21"/>
          <w:szCs w:val="21"/>
        </w:rPr>
      </w:pPr>
    </w:p>
    <w:p w14:paraId="4140B3D1" w14:textId="7B653B6A" w:rsidR="001B4769" w:rsidRPr="00DD244B" w:rsidRDefault="00B738BF" w:rsidP="00050D93">
      <w:pPr>
        <w:ind w:firstLineChars="50" w:firstLine="105"/>
        <w:rPr>
          <w:rFonts w:ascii="ＭＳ Ｐ明朝" w:eastAsia="ＭＳ Ｐ明朝" w:hAnsi="ＭＳ Ｐ明朝"/>
          <w:sz w:val="21"/>
          <w:szCs w:val="21"/>
        </w:rPr>
      </w:pPr>
      <w:r w:rsidRPr="00DD244B">
        <w:rPr>
          <w:rFonts w:ascii="ＭＳ Ｐ明朝" w:eastAsia="ＭＳ Ｐ明朝" w:hAnsi="ＭＳ Ｐ明朝"/>
          <w:b/>
          <w:sz w:val="21"/>
          <w:szCs w:val="21"/>
        </w:rPr>
        <w:t>（2）</w:t>
      </w:r>
      <w:r w:rsidR="00050D93">
        <w:rPr>
          <w:rFonts w:ascii="ＭＳ Ｐ明朝" w:eastAsia="ＭＳ Ｐ明朝" w:hAnsi="ＭＳ Ｐ明朝" w:hint="eastAsia"/>
          <w:b/>
          <w:sz w:val="21"/>
          <w:szCs w:val="21"/>
          <w:lang w:eastAsia="ja-JP"/>
        </w:rPr>
        <w:t xml:space="preserve">　</w:t>
      </w:r>
      <w:proofErr w:type="spellStart"/>
      <w:r w:rsidRPr="00DD244B">
        <w:rPr>
          <w:rFonts w:ascii="ＭＳ Ｐ明朝" w:eastAsia="ＭＳ Ｐ明朝" w:hAnsi="ＭＳ Ｐ明朝"/>
          <w:b/>
          <w:sz w:val="21"/>
          <w:szCs w:val="21"/>
        </w:rPr>
        <w:t>支出の部</w:t>
      </w:r>
      <w:proofErr w:type="spellEnd"/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1985"/>
        <w:gridCol w:w="3402"/>
        <w:gridCol w:w="1974"/>
      </w:tblGrid>
      <w:tr w:rsidR="00DD244B" w:rsidRPr="00DD244B" w14:paraId="082C3EBF" w14:textId="77777777" w:rsidTr="0078101A">
        <w:trPr>
          <w:trHeight w:val="57"/>
          <w:tblHeader/>
          <w:jc w:val="center"/>
        </w:trPr>
        <w:tc>
          <w:tcPr>
            <w:tcW w:w="2554" w:type="dxa"/>
            <w:shd w:val="clear" w:color="auto" w:fill="F2F2F2" w:themeFill="background1" w:themeFillShade="F2"/>
            <w:vAlign w:val="center"/>
          </w:tcPr>
          <w:p w14:paraId="6A3F2906" w14:textId="77777777" w:rsidR="001B4769" w:rsidRPr="003B360E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281"/>
                <w:sz w:val="21"/>
                <w:szCs w:val="21"/>
                <w:fitText w:val="1688" w:id="-396579067"/>
              </w:rPr>
              <w:t>経費区</w:t>
            </w:r>
            <w:r w:rsidRPr="00F22C28">
              <w:rPr>
                <w:rFonts w:ascii="ＭＳ Ｐ明朝" w:eastAsia="ＭＳ Ｐ明朝" w:hAnsi="ＭＳ Ｐ明朝"/>
                <w:b/>
                <w:spacing w:val="2"/>
                <w:sz w:val="21"/>
                <w:szCs w:val="21"/>
                <w:fitText w:val="1688" w:id="-396579067"/>
              </w:rPr>
              <w:t>分</w:t>
            </w:r>
            <w:proofErr w:type="spellEnd"/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415ABB1" w14:textId="77BEA0C5" w:rsidR="001B4769" w:rsidRPr="003B360E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r w:rsidRPr="003B360E">
              <w:rPr>
                <w:rFonts w:ascii="ＭＳ Ｐ明朝" w:eastAsia="ＭＳ Ｐ明朝" w:hAnsi="ＭＳ Ｐ明朝"/>
                <w:b/>
                <w:sz w:val="21"/>
                <w:szCs w:val="21"/>
              </w:rPr>
              <w:t>金</w:t>
            </w:r>
            <w:r w:rsidR="006030B0" w:rsidRPr="003B360E">
              <w:rPr>
                <w:rFonts w:ascii="ＭＳ Ｐ明朝" w:eastAsia="ＭＳ Ｐ明朝" w:hAnsi="ＭＳ Ｐ明朝" w:hint="eastAsia"/>
                <w:b/>
                <w:sz w:val="21"/>
                <w:szCs w:val="21"/>
                <w:lang w:eastAsia="ja-JP"/>
              </w:rPr>
              <w:t xml:space="preserve"> </w:t>
            </w:r>
            <w:r w:rsidR="006030B0" w:rsidRPr="003B360E">
              <w:rPr>
                <w:rFonts w:ascii="ＭＳ Ｐ明朝" w:eastAsia="ＭＳ Ｐ明朝" w:hAnsi="ＭＳ Ｐ明朝"/>
                <w:b/>
                <w:sz w:val="21"/>
                <w:szCs w:val="21"/>
                <w:lang w:eastAsia="ja-JP"/>
              </w:rPr>
              <w:t xml:space="preserve"> </w:t>
            </w:r>
            <w:r w:rsidRPr="003B360E">
              <w:rPr>
                <w:rFonts w:ascii="ＭＳ Ｐ明朝" w:eastAsia="ＭＳ Ｐ明朝" w:hAnsi="ＭＳ Ｐ明朝"/>
                <w:b/>
                <w:sz w:val="21"/>
                <w:szCs w:val="21"/>
              </w:rPr>
              <w:t>額</w:t>
            </w:r>
            <w:r w:rsidR="00F22C28">
              <w:rPr>
                <w:rFonts w:ascii="ＭＳ Ｐ明朝" w:eastAsia="ＭＳ Ｐ明朝" w:hAnsi="ＭＳ Ｐ明朝"/>
                <w:b/>
                <w:sz w:val="21"/>
                <w:szCs w:val="21"/>
              </w:rPr>
              <w:t xml:space="preserve">  </w:t>
            </w:r>
            <w:r w:rsidRPr="003B360E">
              <w:rPr>
                <w:rFonts w:ascii="ＭＳ Ｐ明朝" w:eastAsia="ＭＳ Ｐ明朝" w:hAnsi="ＭＳ Ｐ明朝"/>
                <w:b/>
                <w:sz w:val="21"/>
                <w:szCs w:val="21"/>
              </w:rPr>
              <w:t>（円）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1E6856FB" w14:textId="77777777" w:rsidR="001B4769" w:rsidRPr="003B360E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b/>
                <w:spacing w:val="281"/>
                <w:sz w:val="21"/>
                <w:szCs w:val="21"/>
                <w:fitText w:val="1688" w:id="-396578816"/>
              </w:rPr>
              <w:t>積算内</w:t>
            </w:r>
            <w:r w:rsidRPr="00F22C28">
              <w:rPr>
                <w:rFonts w:ascii="ＭＳ Ｐ明朝" w:eastAsia="ＭＳ Ｐ明朝" w:hAnsi="ＭＳ Ｐ明朝"/>
                <w:b/>
                <w:spacing w:val="2"/>
                <w:sz w:val="21"/>
                <w:szCs w:val="21"/>
                <w:fitText w:val="1688" w:id="-396578816"/>
              </w:rPr>
              <w:t>訳</w:t>
            </w:r>
            <w:proofErr w:type="spellEnd"/>
          </w:p>
        </w:tc>
        <w:tc>
          <w:tcPr>
            <w:tcW w:w="1974" w:type="dxa"/>
            <w:shd w:val="clear" w:color="auto" w:fill="F2F2F2" w:themeFill="background1" w:themeFillShade="F2"/>
            <w:vAlign w:val="center"/>
          </w:tcPr>
          <w:p w14:paraId="23DD9F12" w14:textId="77777777" w:rsidR="001B4769" w:rsidRPr="003B360E" w:rsidRDefault="00B738BF" w:rsidP="006030B0">
            <w:pPr>
              <w:spacing w:after="0"/>
              <w:jc w:val="center"/>
              <w:rPr>
                <w:rFonts w:ascii="ＭＳ Ｐ明朝" w:eastAsia="ＭＳ Ｐ明朝" w:hAnsi="ＭＳ Ｐ明朝"/>
                <w:b/>
                <w:sz w:val="21"/>
                <w:szCs w:val="21"/>
              </w:rPr>
            </w:pPr>
            <w:proofErr w:type="spellStart"/>
            <w:r w:rsidRPr="003B360E">
              <w:rPr>
                <w:rFonts w:ascii="ＭＳ Ｐ明朝" w:eastAsia="ＭＳ Ｐ明朝" w:hAnsi="ＭＳ Ｐ明朝"/>
                <w:b/>
                <w:sz w:val="21"/>
                <w:szCs w:val="21"/>
              </w:rPr>
              <w:t>対象経費確認</w:t>
            </w:r>
            <w:proofErr w:type="spellEnd"/>
          </w:p>
        </w:tc>
      </w:tr>
      <w:tr w:rsidR="00DD244B" w:rsidRPr="00DD244B" w14:paraId="44F26851" w14:textId="77777777" w:rsidTr="0078101A">
        <w:trPr>
          <w:trHeight w:val="514"/>
          <w:jc w:val="center"/>
        </w:trPr>
        <w:tc>
          <w:tcPr>
            <w:tcW w:w="2554" w:type="dxa"/>
            <w:vAlign w:val="center"/>
          </w:tcPr>
          <w:p w14:paraId="246FEA9F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105"/>
                <w:sz w:val="21"/>
                <w:szCs w:val="21"/>
                <w:fitText w:val="1680" w:id="-396579326"/>
              </w:rPr>
              <w:t>人件費・謝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326"/>
              </w:rPr>
              <w:t>金</w:t>
            </w:r>
            <w:proofErr w:type="spellEnd"/>
          </w:p>
        </w:tc>
        <w:tc>
          <w:tcPr>
            <w:tcW w:w="1985" w:type="dxa"/>
            <w:vAlign w:val="center"/>
          </w:tcPr>
          <w:p w14:paraId="7488A94E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39D4037B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15966020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36633D91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2298CA36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25"/>
                <w:sz w:val="21"/>
                <w:szCs w:val="21"/>
                <w:fitText w:val="1680" w:id="-396579325"/>
              </w:rPr>
              <w:t>会場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325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5A924AD7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394DF00D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7DFEE34F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1E0E95A1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183DC4DC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105"/>
                <w:sz w:val="21"/>
                <w:szCs w:val="21"/>
                <w:fitText w:val="1680" w:id="-396579324"/>
              </w:rPr>
              <w:t>印刷・広報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324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14B5F5F4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23A956CD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3273C30D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12A04477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308EF50A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2"/>
                <w:sz w:val="21"/>
                <w:szCs w:val="21"/>
                <w:fitText w:val="1680" w:id="-396579323"/>
              </w:rPr>
              <w:t>消耗品・材料</w:t>
            </w:r>
            <w:r w:rsidRPr="00F22C28">
              <w:rPr>
                <w:rFonts w:ascii="ＭＳ Ｐ明朝" w:eastAsia="ＭＳ Ｐ明朝" w:hAnsi="ＭＳ Ｐ明朝"/>
                <w:spacing w:val="3"/>
                <w:sz w:val="21"/>
                <w:szCs w:val="21"/>
                <w:fitText w:val="1680" w:id="-396579323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775B5945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067CA7B4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773A4CC6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2B8294CE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296F3883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157"/>
                <w:sz w:val="21"/>
                <w:szCs w:val="21"/>
                <w:fitText w:val="1680" w:id="-396579322"/>
              </w:rPr>
              <w:t>備品購入</w:t>
            </w:r>
            <w:r w:rsidRPr="00F22C28">
              <w:rPr>
                <w:rFonts w:ascii="ＭＳ Ｐ明朝" w:eastAsia="ＭＳ Ｐ明朝" w:hAnsi="ＭＳ Ｐ明朝"/>
                <w:spacing w:val="2"/>
                <w:sz w:val="21"/>
                <w:szCs w:val="21"/>
                <w:fitText w:val="1680" w:id="-396579322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2AD7C4AB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32A0AE1C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594447C7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0DECB683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4B9371CF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157"/>
                <w:sz w:val="21"/>
                <w:szCs w:val="21"/>
                <w:fitText w:val="1680" w:id="-396579072"/>
              </w:rPr>
              <w:t>旅費交通</w:t>
            </w:r>
            <w:r w:rsidRPr="00F22C28">
              <w:rPr>
                <w:rFonts w:ascii="ＭＳ Ｐ明朝" w:eastAsia="ＭＳ Ｐ明朝" w:hAnsi="ＭＳ Ｐ明朝"/>
                <w:spacing w:val="2"/>
                <w:sz w:val="21"/>
                <w:szCs w:val="21"/>
                <w:fitText w:val="1680" w:id="-396579072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7281FD45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7FDE2F8E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09D36595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023F5F20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4D22679A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25"/>
                <w:sz w:val="21"/>
                <w:szCs w:val="21"/>
                <w:fitText w:val="1680" w:id="-396579071"/>
              </w:rPr>
              <w:t>委託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071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3BED58A3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1B6E28F4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6C25D3E8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31131269" w14:textId="77777777" w:rsidTr="0078101A">
        <w:trPr>
          <w:trHeight w:val="584"/>
          <w:jc w:val="center"/>
        </w:trPr>
        <w:tc>
          <w:tcPr>
            <w:tcW w:w="2554" w:type="dxa"/>
            <w:vAlign w:val="center"/>
          </w:tcPr>
          <w:p w14:paraId="5430FB35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157"/>
                <w:sz w:val="21"/>
                <w:szCs w:val="21"/>
                <w:fitText w:val="1680" w:id="-396579070"/>
              </w:rPr>
              <w:t>通信運搬</w:t>
            </w:r>
            <w:r w:rsidRPr="00F22C28">
              <w:rPr>
                <w:rFonts w:ascii="ＭＳ Ｐ明朝" w:eastAsia="ＭＳ Ｐ明朝" w:hAnsi="ＭＳ Ｐ明朝"/>
                <w:spacing w:val="2"/>
                <w:sz w:val="21"/>
                <w:szCs w:val="21"/>
                <w:fitText w:val="1680" w:id="-396579070"/>
              </w:rPr>
              <w:t>費</w:t>
            </w:r>
            <w:proofErr w:type="spellEnd"/>
          </w:p>
        </w:tc>
        <w:tc>
          <w:tcPr>
            <w:tcW w:w="1985" w:type="dxa"/>
            <w:vAlign w:val="center"/>
          </w:tcPr>
          <w:p w14:paraId="7621FD04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10F46E5A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0C3A3BC1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78B8AF2C" w14:textId="77777777" w:rsidTr="0078101A">
        <w:trPr>
          <w:trHeight w:val="567"/>
          <w:jc w:val="center"/>
        </w:trPr>
        <w:tc>
          <w:tcPr>
            <w:tcW w:w="2554" w:type="dxa"/>
            <w:vAlign w:val="center"/>
          </w:tcPr>
          <w:p w14:paraId="43B621EF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538"/>
                <w:sz w:val="21"/>
                <w:szCs w:val="21"/>
                <w:fitText w:val="1680" w:id="-396579069"/>
              </w:rPr>
              <w:t>その</w:t>
            </w:r>
            <w:r w:rsidRPr="00F22C28">
              <w:rPr>
                <w:rFonts w:ascii="ＭＳ Ｐ明朝" w:eastAsia="ＭＳ Ｐ明朝" w:hAnsi="ＭＳ Ｐ明朝"/>
                <w:spacing w:val="2"/>
                <w:sz w:val="21"/>
                <w:szCs w:val="21"/>
                <w:fitText w:val="1680" w:id="-396579069"/>
              </w:rPr>
              <w:t>他</w:t>
            </w:r>
            <w:proofErr w:type="spellEnd"/>
          </w:p>
        </w:tc>
        <w:tc>
          <w:tcPr>
            <w:tcW w:w="1985" w:type="dxa"/>
            <w:vAlign w:val="center"/>
          </w:tcPr>
          <w:p w14:paraId="3D4094DB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719B76E3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742CE0CB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DD244B" w:rsidRPr="00DD244B" w14:paraId="18EA0479" w14:textId="77777777" w:rsidTr="0078101A">
        <w:trPr>
          <w:trHeight w:val="567"/>
          <w:jc w:val="center"/>
        </w:trPr>
        <w:tc>
          <w:tcPr>
            <w:tcW w:w="2554" w:type="dxa"/>
            <w:shd w:val="clear" w:color="auto" w:fill="EDEDED"/>
            <w:vAlign w:val="center"/>
          </w:tcPr>
          <w:p w14:paraId="60252CAF" w14:textId="77777777" w:rsidR="001B4769" w:rsidRPr="00DD244B" w:rsidRDefault="00B738BF" w:rsidP="00F22C28">
            <w:pPr>
              <w:spacing w:after="0" w:line="240" w:lineRule="atLeast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proofErr w:type="spellStart"/>
            <w:r w:rsidRPr="00F22C28">
              <w:rPr>
                <w:rFonts w:ascii="ＭＳ Ｐ明朝" w:eastAsia="ＭＳ Ｐ明朝" w:hAnsi="ＭＳ Ｐ明朝"/>
                <w:spacing w:val="280"/>
                <w:sz w:val="21"/>
                <w:szCs w:val="21"/>
                <w:fitText w:val="1680" w:id="-396579068"/>
              </w:rPr>
              <w:t>支出合</w:t>
            </w:r>
            <w:r w:rsidRPr="00F22C28">
              <w:rPr>
                <w:rFonts w:ascii="ＭＳ Ｐ明朝" w:eastAsia="ＭＳ Ｐ明朝" w:hAnsi="ＭＳ Ｐ明朝"/>
                <w:sz w:val="21"/>
                <w:szCs w:val="21"/>
                <w:fitText w:val="1680" w:id="-396579068"/>
              </w:rPr>
              <w:t>計</w:t>
            </w:r>
            <w:proofErr w:type="spellEnd"/>
          </w:p>
        </w:tc>
        <w:tc>
          <w:tcPr>
            <w:tcW w:w="1985" w:type="dxa"/>
            <w:shd w:val="clear" w:color="auto" w:fill="EDEDED"/>
            <w:vAlign w:val="center"/>
          </w:tcPr>
          <w:p w14:paraId="0D301F9A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3402" w:type="dxa"/>
            <w:shd w:val="clear" w:color="auto" w:fill="EDEDED"/>
            <w:vAlign w:val="center"/>
          </w:tcPr>
          <w:p w14:paraId="0A390B40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74" w:type="dxa"/>
            <w:shd w:val="clear" w:color="auto" w:fill="EDEDED"/>
            <w:vAlign w:val="center"/>
          </w:tcPr>
          <w:p w14:paraId="4971417C" w14:textId="77777777" w:rsidR="001B4769" w:rsidRPr="00DD244B" w:rsidRDefault="001B4769" w:rsidP="003B360E">
            <w:pPr>
              <w:spacing w:after="0" w:line="240" w:lineRule="atLeast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4F88C2C5" w14:textId="77777777" w:rsidR="003775F4" w:rsidRDefault="003775F4" w:rsidP="00FF4C01">
      <w:pPr>
        <w:ind w:leftChars="100" w:left="19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179A68DB" w14:textId="19A44F74" w:rsidR="00162949" w:rsidRDefault="00B738BF" w:rsidP="003775F4">
      <w:pPr>
        <w:spacing w:after="0"/>
        <w:ind w:leftChars="100" w:left="190"/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※運営管理費は、集まった寄付金額から財団が申し受ける費用です。申請団体の支出予算に含めるかどうかは、</w:t>
      </w:r>
      <w:r w:rsidR="006030B0" w:rsidRPr="00DD244B">
        <w:rPr>
          <w:rFonts w:ascii="ＭＳ Ｐ明朝" w:eastAsia="ＭＳ Ｐ明朝" w:hAnsi="ＭＳ Ｐ明朝"/>
          <w:sz w:val="21"/>
          <w:szCs w:val="21"/>
          <w:lang w:eastAsia="ja-JP"/>
        </w:rPr>
        <w:t>財団の運用に従ってください。</w:t>
      </w:r>
    </w:p>
    <w:p w14:paraId="658CACDC" w14:textId="77777777" w:rsidR="001B4769" w:rsidRDefault="00B738BF" w:rsidP="003775F4">
      <w:pPr>
        <w:spacing w:after="0"/>
        <w:ind w:firstLineChars="200" w:firstLine="420"/>
        <w:rPr>
          <w:rFonts w:ascii="ＭＳ Ｐ明朝" w:eastAsia="ＭＳ Ｐ明朝" w:hAnsi="ＭＳ Ｐ明朝"/>
          <w:sz w:val="21"/>
          <w:szCs w:val="21"/>
          <w:lang w:eastAsia="ja-JP"/>
        </w:rPr>
      </w:pPr>
      <w:r w:rsidRPr="00DD244B">
        <w:rPr>
          <w:rFonts w:ascii="ＭＳ Ｐ明朝" w:eastAsia="ＭＳ Ｐ明朝" w:hAnsi="ＭＳ Ｐ明朝"/>
          <w:sz w:val="21"/>
          <w:szCs w:val="21"/>
          <w:lang w:eastAsia="ja-JP"/>
        </w:rPr>
        <w:t>※同一経費の重複助成にならないよう、他制度の申請・採択状況を記入してください。</w:t>
      </w:r>
    </w:p>
    <w:p w14:paraId="6EC47374" w14:textId="77777777" w:rsidR="003775F4" w:rsidRDefault="003775F4" w:rsidP="003775F4">
      <w:pPr>
        <w:spacing w:after="0"/>
        <w:ind w:firstLineChars="200" w:firstLine="42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45760AE9" w14:textId="77777777" w:rsidR="003775F4" w:rsidRPr="00DD244B" w:rsidRDefault="003775F4" w:rsidP="003775F4">
      <w:pPr>
        <w:spacing w:after="0"/>
        <w:ind w:firstLineChars="200" w:firstLine="42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60D055C7" w14:textId="2D45B49A" w:rsidR="001B4769" w:rsidRDefault="00A3298B" w:rsidP="00DD244B">
      <w:pPr>
        <w:rPr>
          <w:rFonts w:ascii="ＭＳ Ｐ明朝" w:eastAsia="ＭＳ Ｐ明朝" w:hAnsi="ＭＳ Ｐ明朝"/>
          <w:sz w:val="21"/>
          <w:szCs w:val="21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lastRenderedPageBreak/>
        <w:t>９</w:t>
      </w:r>
      <w:r w:rsidR="00B738BF" w:rsidRPr="0078101A">
        <w:rPr>
          <w:rFonts w:ascii="ＭＳ Ｐ明朝" w:eastAsia="ＭＳ Ｐ明朝" w:hAnsi="ＭＳ Ｐ明朝"/>
          <w:color w:val="000000" w:themeColor="text1"/>
          <w:sz w:val="21"/>
          <w:szCs w:val="21"/>
        </w:rPr>
        <w:t xml:space="preserve">　</w:t>
      </w:r>
      <w:proofErr w:type="spellStart"/>
      <w:r w:rsidR="00B738BF" w:rsidRPr="00DD244B">
        <w:rPr>
          <w:rFonts w:ascii="ＭＳ Ｐ明朝" w:eastAsia="ＭＳ Ｐ明朝" w:hAnsi="ＭＳ Ｐ明朝"/>
          <w:sz w:val="21"/>
          <w:szCs w:val="21"/>
        </w:rPr>
        <w:t>確認事項</w:t>
      </w:r>
      <w:proofErr w:type="spellEnd"/>
    </w:p>
    <w:tbl>
      <w:tblPr>
        <w:tblStyle w:val="afe"/>
        <w:tblW w:w="0" w:type="auto"/>
        <w:tblInd w:w="137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66"/>
        <w:gridCol w:w="8340"/>
      </w:tblGrid>
      <w:tr w:rsidR="00D16442" w:rsidRPr="00D16442" w14:paraId="66031947" w14:textId="77777777" w:rsidTr="005D689D">
        <w:trPr>
          <w:trHeight w:val="454"/>
        </w:trPr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6664015C" w14:textId="407C0C97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確</w:t>
            </w: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</w:t>
            </w: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認</w:t>
            </w:r>
          </w:p>
        </w:tc>
        <w:tc>
          <w:tcPr>
            <w:tcW w:w="8534" w:type="dxa"/>
            <w:shd w:val="clear" w:color="auto" w:fill="F2F2F2" w:themeFill="background1" w:themeFillShade="F2"/>
            <w:vAlign w:val="center"/>
          </w:tcPr>
          <w:p w14:paraId="259526ED" w14:textId="1C13D917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内</w:t>
            </w: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　</w:t>
            </w: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容</w:t>
            </w:r>
          </w:p>
        </w:tc>
      </w:tr>
      <w:tr w:rsidR="00D16442" w:rsidRPr="00D16442" w14:paraId="102694CD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1FEDA810" w14:textId="21823673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7B553D88" w14:textId="0993203D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募集要項の内容を確認し、同意します。</w:t>
            </w:r>
          </w:p>
        </w:tc>
      </w:tr>
      <w:tr w:rsidR="00D16442" w:rsidRPr="00D16442" w14:paraId="009CD61E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332742D5" w14:textId="1B6FA89B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043BAE5D" w14:textId="6C487190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本申請の内容に虚偽はありません。</w:t>
            </w:r>
          </w:p>
        </w:tc>
      </w:tr>
      <w:tr w:rsidR="00D16442" w:rsidRPr="00D16442" w14:paraId="0EADB4E6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1BCEF672" w14:textId="25A3F915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6DD13A12" w14:textId="3239A45D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個人による申請ではなく、団体として申請しています。</w:t>
            </w:r>
          </w:p>
        </w:tc>
      </w:tr>
      <w:tr w:rsidR="00D16442" w:rsidRPr="00D16442" w14:paraId="2F77755F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39018A16" w14:textId="1E976C01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0B1B401E" w14:textId="686351C9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営利、政治、宗教活動を主たる目的とするプロジェクトではありません。</w:t>
            </w:r>
          </w:p>
        </w:tc>
      </w:tr>
      <w:tr w:rsidR="00D16442" w:rsidRPr="00D16442" w14:paraId="166A0028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3673068A" w14:textId="32171FE1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75CEB7B1" w14:textId="4545693B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暴力団または暴力団員等との関係はありません。</w:t>
            </w:r>
          </w:p>
        </w:tc>
      </w:tr>
      <w:tr w:rsidR="00D16442" w:rsidRPr="00D16442" w14:paraId="13A7D15D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7B94C5EF" w14:textId="3C2ED973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157A6600" w14:textId="12E2D4C7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採択された場合、団体として主体的に寄付募集に取り組みます。</w:t>
            </w:r>
          </w:p>
        </w:tc>
      </w:tr>
      <w:tr w:rsidR="00D16442" w:rsidRPr="00D16442" w14:paraId="325BBDF8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28179B94" w14:textId="6C58DB07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2CB8387C" w14:textId="23098FB1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寄付募集に必要な情報、写真、活動報告等を財団に提供します。</w:t>
            </w:r>
          </w:p>
        </w:tc>
      </w:tr>
      <w:tr w:rsidR="00D16442" w:rsidRPr="00D16442" w14:paraId="0DF92DE8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0493B388" w14:textId="27D79BF9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315B131E" w14:textId="40DA3206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プロジェクト終了後、完了報告書・収支報告書を提出します。</w:t>
            </w:r>
          </w:p>
        </w:tc>
      </w:tr>
      <w:tr w:rsidR="00D16442" w:rsidRPr="00D16442" w14:paraId="5DE9FF96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14DE9960" w14:textId="15875FD3" w:rsidR="00D16442" w:rsidRPr="00D16442" w:rsidRDefault="00D16442" w:rsidP="00D16442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8534" w:type="dxa"/>
            <w:vAlign w:val="center"/>
          </w:tcPr>
          <w:p w14:paraId="3AAEC5E0" w14:textId="0DBDD6EA" w:rsidR="00D16442" w:rsidRPr="00D16442" w:rsidRDefault="00D16442" w:rsidP="00D16442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D16442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財団ウェブサイト等で団体名、プロジェクト名、寄付実績、活動報告等が公開されることに同意します。</w:t>
            </w:r>
          </w:p>
        </w:tc>
      </w:tr>
    </w:tbl>
    <w:p w14:paraId="2FBDBD28" w14:textId="2C3BDC84" w:rsidR="00A114C9" w:rsidRDefault="00A114C9" w:rsidP="003775F4">
      <w:pPr>
        <w:spacing w:after="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0F877E96" w14:textId="77777777" w:rsidR="0020188E" w:rsidRDefault="0020188E" w:rsidP="003775F4">
      <w:pPr>
        <w:spacing w:after="0"/>
        <w:rPr>
          <w:rFonts w:ascii="ＭＳ Ｐ明朝" w:eastAsia="ＭＳ Ｐ明朝" w:hAnsi="ＭＳ Ｐ明朝"/>
          <w:sz w:val="21"/>
          <w:szCs w:val="21"/>
          <w:lang w:eastAsia="ja-JP"/>
        </w:rPr>
      </w:pPr>
    </w:p>
    <w:p w14:paraId="0D23BB7A" w14:textId="52BD0A2B" w:rsidR="001B4769" w:rsidRDefault="00A3298B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  <w:r w:rsidRPr="0078101A">
        <w:rPr>
          <w:rFonts w:ascii="ＭＳ Ｐ明朝" w:eastAsia="ＭＳ Ｐ明朝" w:hAnsi="ＭＳ Ｐ明朝" w:hint="eastAsia"/>
          <w:color w:val="000000" w:themeColor="text1"/>
          <w:sz w:val="21"/>
          <w:szCs w:val="21"/>
          <w:lang w:eastAsia="ja-JP"/>
        </w:rPr>
        <w:t>１０</w:t>
      </w:r>
      <w:r w:rsidR="00B738BF" w:rsidRPr="00DD244B">
        <w:rPr>
          <w:rFonts w:ascii="ＭＳ Ｐ明朝" w:eastAsia="ＭＳ Ｐ明朝" w:hAnsi="ＭＳ Ｐ明朝"/>
          <w:sz w:val="21"/>
          <w:szCs w:val="21"/>
          <w:lang w:eastAsia="ja-JP"/>
        </w:rPr>
        <w:t xml:space="preserve">　提出書類チェックリスト</w:t>
      </w:r>
      <w:r w:rsidR="00AD7A1F">
        <w:rPr>
          <w:rFonts w:ascii="ＭＳ Ｐ明朝" w:eastAsia="ＭＳ Ｐ明朝" w:hAnsi="ＭＳ Ｐ明朝" w:hint="eastAsia"/>
          <w:sz w:val="21"/>
          <w:szCs w:val="21"/>
          <w:lang w:eastAsia="ja-JP"/>
        </w:rPr>
        <w:t>（</w:t>
      </w:r>
      <w:r w:rsidR="00AD7A1F">
        <w:rPr>
          <w:rFonts w:ascii="游明朝" w:eastAsia="游明朝" w:hAnsi="游明朝" w:hint="eastAsia"/>
          <w:color w:val="000000"/>
          <w:sz w:val="21"/>
          <w:szCs w:val="21"/>
          <w:lang w:eastAsia="ja-JP"/>
        </w:rPr>
        <w:t>インターネット上での情報開示をされてない団体）</w:t>
      </w:r>
    </w:p>
    <w:tbl>
      <w:tblPr>
        <w:tblStyle w:val="afe"/>
        <w:tblW w:w="0" w:type="auto"/>
        <w:tblInd w:w="137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368"/>
        <w:gridCol w:w="5833"/>
        <w:gridCol w:w="2505"/>
      </w:tblGrid>
      <w:tr w:rsidR="009133F1" w14:paraId="70249691" w14:textId="77777777" w:rsidTr="005D689D">
        <w:trPr>
          <w:trHeight w:val="454"/>
        </w:trPr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439CE1E4" w14:textId="2DC329A5" w:rsidR="009133F1" w:rsidRPr="00E37ED7" w:rsidRDefault="009133F1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確</w:t>
            </w:r>
            <w:r w:rsid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</w:t>
            </w: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認</w:t>
            </w:r>
          </w:p>
        </w:tc>
        <w:tc>
          <w:tcPr>
            <w:tcW w:w="5953" w:type="dxa"/>
            <w:shd w:val="clear" w:color="auto" w:fill="F2F2F2" w:themeFill="background1" w:themeFillShade="F2"/>
            <w:vAlign w:val="center"/>
          </w:tcPr>
          <w:p w14:paraId="7492BDFE" w14:textId="56CAFA6C" w:rsidR="009133F1" w:rsidRPr="00E37ED7" w:rsidRDefault="009133F1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/>
                <w:sz w:val="21"/>
                <w:szCs w:val="21"/>
              </w:rPr>
              <w:t>提出書類</w:t>
            </w:r>
            <w:proofErr w:type="spellEnd"/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C8FB521" w14:textId="5D8B9856" w:rsidR="009133F1" w:rsidRPr="00E37ED7" w:rsidRDefault="009133F1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/>
                <w:sz w:val="21"/>
                <w:szCs w:val="21"/>
              </w:rPr>
              <w:t>要</w:t>
            </w:r>
            <w:r w:rsid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</w:t>
            </w:r>
            <w:r w:rsidRPr="00E37ED7">
              <w:rPr>
                <w:rFonts w:ascii="ＭＳ Ｐ明朝" w:eastAsia="ＭＳ Ｐ明朝" w:hAnsi="ＭＳ Ｐ明朝"/>
                <w:sz w:val="21"/>
                <w:szCs w:val="21"/>
              </w:rPr>
              <w:t>否</w:t>
            </w:r>
          </w:p>
        </w:tc>
      </w:tr>
      <w:tr w:rsidR="009133F1" w14:paraId="2501F1BF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46B121E0" w14:textId="542762CA" w:rsidR="009133F1" w:rsidRPr="00E37ED7" w:rsidRDefault="009133F1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146D691E" w14:textId="275EE03E" w:rsidR="009133F1" w:rsidRPr="00E37ED7" w:rsidRDefault="009133F1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助成申請書（本様式</w:t>
            </w:r>
            <w:proofErr w:type="spellEnd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）</w:t>
            </w:r>
          </w:p>
        </w:tc>
        <w:tc>
          <w:tcPr>
            <w:tcW w:w="2552" w:type="dxa"/>
            <w:vAlign w:val="center"/>
          </w:tcPr>
          <w:p w14:paraId="4466561A" w14:textId="7DCD7CB7" w:rsidR="009133F1" w:rsidRPr="00E37ED7" w:rsidRDefault="009133F1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/>
                <w:sz w:val="21"/>
                <w:szCs w:val="21"/>
              </w:rPr>
              <w:t>必須</w:t>
            </w:r>
            <w:proofErr w:type="spellEnd"/>
          </w:p>
        </w:tc>
      </w:tr>
      <w:tr w:rsidR="00E37ED7" w14:paraId="1C174631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06F0DDEC" w14:textId="681333AE" w:rsidR="00E37ED7" w:rsidRPr="00E37ED7" w:rsidRDefault="00E37ED7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617E6E24" w14:textId="7359C113" w:rsidR="00E37ED7" w:rsidRPr="00E37ED7" w:rsidRDefault="00E37ED7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定款・規約・会則等</w:t>
            </w:r>
            <w:proofErr w:type="spellEnd"/>
          </w:p>
        </w:tc>
        <w:tc>
          <w:tcPr>
            <w:tcW w:w="2552" w:type="dxa"/>
            <w:vAlign w:val="center"/>
          </w:tcPr>
          <w:p w14:paraId="4A5438E3" w14:textId="612640E9" w:rsidR="00E37ED7" w:rsidRPr="00E37ED7" w:rsidRDefault="00E37ED7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必須</w:t>
            </w:r>
            <w:proofErr w:type="spellEnd"/>
          </w:p>
        </w:tc>
      </w:tr>
      <w:tr w:rsidR="00E37ED7" w14:paraId="2413609B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43EC8497" w14:textId="31685965" w:rsidR="00E37ED7" w:rsidRPr="00E37ED7" w:rsidRDefault="00E37ED7" w:rsidP="00E37ED7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63A776EF" w14:textId="5550FA99" w:rsidR="00E37ED7" w:rsidRPr="00E37ED7" w:rsidRDefault="00E37ED7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役員名簿または運営体制が分かる資料</w:t>
            </w:r>
          </w:p>
        </w:tc>
        <w:tc>
          <w:tcPr>
            <w:tcW w:w="2552" w:type="dxa"/>
            <w:vAlign w:val="center"/>
          </w:tcPr>
          <w:p w14:paraId="2A8AA61D" w14:textId="13950862" w:rsidR="00E37ED7" w:rsidRPr="00E37ED7" w:rsidRDefault="00E37ED7" w:rsidP="00E37ED7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必須</w:t>
            </w:r>
            <w:proofErr w:type="spellEnd"/>
          </w:p>
        </w:tc>
      </w:tr>
      <w:tr w:rsidR="00AD7A1F" w14:paraId="61F6E70C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7A0CAFEA" w14:textId="0B3A3F67" w:rsidR="00AD7A1F" w:rsidRPr="00E37ED7" w:rsidRDefault="00AD7A1F" w:rsidP="00AD7A1F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53C58E41" w14:textId="5C320D22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直近年度の決算書または収支が分かる書類</w:t>
            </w: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 xml:space="preserve">　</w:t>
            </w:r>
          </w:p>
        </w:tc>
        <w:tc>
          <w:tcPr>
            <w:tcW w:w="2552" w:type="dxa"/>
            <w:vAlign w:val="center"/>
          </w:tcPr>
          <w:p w14:paraId="5CEF4354" w14:textId="576F53FE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proofErr w:type="spellStart"/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必須</w:t>
            </w:r>
            <w:proofErr w:type="spellEnd"/>
          </w:p>
        </w:tc>
      </w:tr>
      <w:tr w:rsidR="00AD7A1F" w14:paraId="654B1010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6189B2C5" w14:textId="23BDD03C" w:rsidR="00AD7A1F" w:rsidRPr="00E37ED7" w:rsidRDefault="00AD7A1F" w:rsidP="00AD7A1F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7A9C1996" w14:textId="291E9CDD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直近年度の事業報告書</w:t>
            </w:r>
          </w:p>
        </w:tc>
        <w:tc>
          <w:tcPr>
            <w:tcW w:w="2552" w:type="dxa"/>
            <w:vAlign w:val="center"/>
          </w:tcPr>
          <w:p w14:paraId="518E9085" w14:textId="03A1FE65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必須</w:t>
            </w:r>
          </w:p>
        </w:tc>
      </w:tr>
      <w:tr w:rsidR="00AD7A1F" w14:paraId="2E82089F" w14:textId="77777777" w:rsidTr="005D689D">
        <w:trPr>
          <w:trHeight w:val="454"/>
        </w:trPr>
        <w:tc>
          <w:tcPr>
            <w:tcW w:w="1389" w:type="dxa"/>
            <w:vAlign w:val="center"/>
          </w:tcPr>
          <w:p w14:paraId="166DEB62" w14:textId="1803D04C" w:rsidR="00AD7A1F" w:rsidRPr="00E37ED7" w:rsidRDefault="00AD7A1F" w:rsidP="00AD7A1F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</w:rPr>
              <w:t>□</w:t>
            </w:r>
          </w:p>
        </w:tc>
        <w:tc>
          <w:tcPr>
            <w:tcW w:w="5953" w:type="dxa"/>
            <w:vAlign w:val="center"/>
          </w:tcPr>
          <w:p w14:paraId="11EBD69C" w14:textId="3EDC814A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E37ED7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団体概要書・団体パンフレット等</w:t>
            </w:r>
          </w:p>
        </w:tc>
        <w:tc>
          <w:tcPr>
            <w:tcW w:w="2552" w:type="dxa"/>
            <w:vAlign w:val="center"/>
          </w:tcPr>
          <w:p w14:paraId="1F94E781" w14:textId="04D28054" w:rsidR="00AD7A1F" w:rsidRPr="00E37ED7" w:rsidRDefault="00AD7A1F" w:rsidP="00AD7A1F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任意</w:t>
            </w:r>
          </w:p>
        </w:tc>
      </w:tr>
    </w:tbl>
    <w:p w14:paraId="62643AB1" w14:textId="6ACDDCD6" w:rsidR="00D16442" w:rsidRDefault="00D16442" w:rsidP="00DD244B">
      <w:pPr>
        <w:rPr>
          <w:rFonts w:ascii="ＭＳ Ｐ明朝" w:eastAsia="ＭＳ Ｐ明朝" w:hAnsi="ＭＳ Ｐ明朝"/>
          <w:sz w:val="21"/>
          <w:szCs w:val="21"/>
          <w:lang w:eastAsia="ja-JP"/>
        </w:rPr>
      </w:pPr>
    </w:p>
    <w:sectPr w:rsidR="00D16442" w:rsidSect="00BC45CC">
      <w:pgSz w:w="11901" w:h="16817"/>
      <w:pgMar w:top="1021" w:right="1021" w:bottom="907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FE74" w14:textId="77777777" w:rsidR="0017674D" w:rsidRDefault="0017674D">
      <w:pPr>
        <w:spacing w:after="0" w:line="240" w:lineRule="auto"/>
      </w:pPr>
      <w:r>
        <w:separator/>
      </w:r>
    </w:p>
  </w:endnote>
  <w:endnote w:type="continuationSeparator" w:id="0">
    <w:p w14:paraId="24BA9676" w14:textId="77777777" w:rsidR="0017674D" w:rsidRDefault="0017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E20B8" w14:textId="77777777" w:rsidR="00FC6276" w:rsidRPr="009D7786" w:rsidRDefault="00FC6276" w:rsidP="00260B70">
    <w:pPr>
      <w:textAlignment w:val="center"/>
      <w:rPr>
        <w:rFonts w:ascii="Osaka" w:eastAsia="Osaka" w:hAnsi="Osak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019C7" w14:textId="77777777" w:rsidR="00A31B8C" w:rsidRPr="009D7786" w:rsidRDefault="00A31B8C" w:rsidP="00260B70">
    <w:pPr>
      <w:textAlignment w:val="center"/>
      <w:rPr>
        <w:rFonts w:ascii="Osaka" w:eastAsia="Osaka" w:hAnsi="Osak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5E1E" w14:textId="77777777" w:rsidR="0017674D" w:rsidRDefault="0017674D">
      <w:pPr>
        <w:spacing w:after="0" w:line="240" w:lineRule="auto"/>
      </w:pPr>
      <w:r>
        <w:separator/>
      </w:r>
    </w:p>
  </w:footnote>
  <w:footnote w:type="continuationSeparator" w:id="0">
    <w:p w14:paraId="0AD6E836" w14:textId="77777777" w:rsidR="0017674D" w:rsidRDefault="00176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96073" w14:textId="71E81961" w:rsidR="00FC6276" w:rsidRPr="009D7786" w:rsidRDefault="00FC6276" w:rsidP="00EB6EC4">
    <w:pPr>
      <w:textAlignment w:val="center"/>
      <w:rPr>
        <w:rFonts w:ascii="Osaka" w:eastAsia="Osaka" w:hAnsi="Osaka"/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3706219">
    <w:abstractNumId w:val="8"/>
  </w:num>
  <w:num w:numId="2" w16cid:durableId="285082656">
    <w:abstractNumId w:val="6"/>
  </w:num>
  <w:num w:numId="3" w16cid:durableId="2065911082">
    <w:abstractNumId w:val="5"/>
  </w:num>
  <w:num w:numId="4" w16cid:durableId="1268584405">
    <w:abstractNumId w:val="4"/>
  </w:num>
  <w:num w:numId="5" w16cid:durableId="1581326959">
    <w:abstractNumId w:val="7"/>
  </w:num>
  <w:num w:numId="6" w16cid:durableId="2147356052">
    <w:abstractNumId w:val="3"/>
  </w:num>
  <w:num w:numId="7" w16cid:durableId="410585470">
    <w:abstractNumId w:val="2"/>
  </w:num>
  <w:num w:numId="8" w16cid:durableId="1544901869">
    <w:abstractNumId w:val="1"/>
  </w:num>
  <w:num w:numId="9" w16cid:durableId="69523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95"/>
  <w:drawingGridVerticalSpacing w:val="341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942"/>
    <w:rsid w:val="00012AB2"/>
    <w:rsid w:val="00034616"/>
    <w:rsid w:val="00050D93"/>
    <w:rsid w:val="0006063C"/>
    <w:rsid w:val="000735B3"/>
    <w:rsid w:val="000B0BED"/>
    <w:rsid w:val="000D4605"/>
    <w:rsid w:val="000E6A2C"/>
    <w:rsid w:val="00105B6C"/>
    <w:rsid w:val="00132506"/>
    <w:rsid w:val="0015074B"/>
    <w:rsid w:val="00162949"/>
    <w:rsid w:val="0017674D"/>
    <w:rsid w:val="001B4769"/>
    <w:rsid w:val="0020188E"/>
    <w:rsid w:val="00210013"/>
    <w:rsid w:val="0029639D"/>
    <w:rsid w:val="00326F90"/>
    <w:rsid w:val="00363F62"/>
    <w:rsid w:val="00367508"/>
    <w:rsid w:val="003775F4"/>
    <w:rsid w:val="003B360E"/>
    <w:rsid w:val="004165A3"/>
    <w:rsid w:val="00491830"/>
    <w:rsid w:val="004934EF"/>
    <w:rsid w:val="004D41D9"/>
    <w:rsid w:val="00524393"/>
    <w:rsid w:val="00541E80"/>
    <w:rsid w:val="005D689D"/>
    <w:rsid w:val="005E03A0"/>
    <w:rsid w:val="005F2B76"/>
    <w:rsid w:val="006030B0"/>
    <w:rsid w:val="00643A2D"/>
    <w:rsid w:val="006955FB"/>
    <w:rsid w:val="006E10ED"/>
    <w:rsid w:val="006E25BC"/>
    <w:rsid w:val="0078101A"/>
    <w:rsid w:val="007A1C9E"/>
    <w:rsid w:val="007B6ED0"/>
    <w:rsid w:val="007C5ADB"/>
    <w:rsid w:val="008239E2"/>
    <w:rsid w:val="008727E0"/>
    <w:rsid w:val="009133F1"/>
    <w:rsid w:val="00964158"/>
    <w:rsid w:val="009C7613"/>
    <w:rsid w:val="00A114C9"/>
    <w:rsid w:val="00A31B8C"/>
    <w:rsid w:val="00A3298B"/>
    <w:rsid w:val="00A333BF"/>
    <w:rsid w:val="00A43742"/>
    <w:rsid w:val="00AA1D8D"/>
    <w:rsid w:val="00AD7A1F"/>
    <w:rsid w:val="00B1277C"/>
    <w:rsid w:val="00B47730"/>
    <w:rsid w:val="00B738BF"/>
    <w:rsid w:val="00B81B1D"/>
    <w:rsid w:val="00BC45CC"/>
    <w:rsid w:val="00BD00AB"/>
    <w:rsid w:val="00C20ADA"/>
    <w:rsid w:val="00C74524"/>
    <w:rsid w:val="00C90F72"/>
    <w:rsid w:val="00C95A97"/>
    <w:rsid w:val="00CA2AAB"/>
    <w:rsid w:val="00CB0664"/>
    <w:rsid w:val="00D16442"/>
    <w:rsid w:val="00D533E8"/>
    <w:rsid w:val="00D844EA"/>
    <w:rsid w:val="00DB33B0"/>
    <w:rsid w:val="00DD0AC9"/>
    <w:rsid w:val="00DD244B"/>
    <w:rsid w:val="00E03D7F"/>
    <w:rsid w:val="00E120D6"/>
    <w:rsid w:val="00E25661"/>
    <w:rsid w:val="00E37ED7"/>
    <w:rsid w:val="00E9668E"/>
    <w:rsid w:val="00EB583E"/>
    <w:rsid w:val="00ED5E70"/>
    <w:rsid w:val="00EF31A5"/>
    <w:rsid w:val="00F0523A"/>
    <w:rsid w:val="00F11070"/>
    <w:rsid w:val="00F1183B"/>
    <w:rsid w:val="00F22C28"/>
    <w:rsid w:val="00FC09CF"/>
    <w:rsid w:val="00FC6276"/>
    <w:rsid w:val="00FC693F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68376"/>
  <w14:defaultImageDpi w14:val="300"/>
  <w15:docId w15:val="{6D7D8635-4143-4D3A-86DF-839D20F2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</w:style>
  <w:style w:type="character" w:styleId="aff">
    <w:name w:val="page number"/>
    <w:basedOn w:val="a2"/>
    <w:rsid w:val="00823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紗綾香 森</cp:lastModifiedBy>
  <cp:revision>14</cp:revision>
  <cp:lastPrinted>2026-08-11T11:59:00Z</cp:lastPrinted>
  <dcterms:created xsi:type="dcterms:W3CDTF">2026-08-10T11:45:00Z</dcterms:created>
  <dcterms:modified xsi:type="dcterms:W3CDTF">2026-08-17T12:15:00Z</dcterms:modified>
  <cp:category/>
</cp:coreProperties>
</file>